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7C081" w14:textId="1D1962C9" w:rsidR="001C03A0" w:rsidRDefault="00B81429" w:rsidP="00B81429">
      <w:pPr>
        <w:jc w:val="center"/>
        <w:rPr>
          <w:lang w:eastAsia="zh-TW"/>
        </w:rPr>
      </w:pPr>
      <w:r w:rsidRPr="00B81429">
        <w:rPr>
          <w:rFonts w:hint="eastAsia"/>
          <w:b/>
          <w:bCs/>
          <w:sz w:val="36"/>
          <w:szCs w:val="36"/>
          <w:lang w:eastAsia="zh-TW"/>
        </w:rPr>
        <w:t>慈濟大學跨領域</w:t>
      </w:r>
      <w:r w:rsidR="00415568">
        <w:rPr>
          <w:rFonts w:hint="eastAsia"/>
          <w:b/>
          <w:bCs/>
          <w:sz w:val="36"/>
          <w:szCs w:val="36"/>
          <w:lang w:eastAsia="zh-TW"/>
        </w:rPr>
        <w:t>學程</w:t>
      </w:r>
      <w:r w:rsidRPr="00B81429">
        <w:rPr>
          <w:rFonts w:hint="eastAsia"/>
          <w:b/>
          <w:bCs/>
          <w:sz w:val="36"/>
          <w:szCs w:val="36"/>
          <w:lang w:eastAsia="zh-TW"/>
        </w:rPr>
        <w:t>模組</w:t>
      </w:r>
      <w:r>
        <w:rPr>
          <w:b/>
          <w:sz w:val="36"/>
          <w:lang w:eastAsia="zh-TW"/>
        </w:rPr>
        <w:t>申請表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2744"/>
        <w:gridCol w:w="7456"/>
      </w:tblGrid>
      <w:tr w:rsidR="001C03A0" w:rsidRPr="00B81429" w14:paraId="4F3A7A82" w14:textId="77777777" w:rsidTr="00AC4719">
        <w:trPr>
          <w:trHeight w:val="545"/>
          <w:jc w:val="center"/>
        </w:trPr>
        <w:tc>
          <w:tcPr>
            <w:tcW w:w="2744" w:type="dxa"/>
            <w:shd w:val="clear" w:color="auto" w:fill="D9D9D9" w:themeFill="background1" w:themeFillShade="D9"/>
            <w:vAlign w:val="center"/>
          </w:tcPr>
          <w:p w14:paraId="4A40DF6B" w14:textId="6A13A7F9" w:rsidR="001C03A0" w:rsidRPr="00B81429" w:rsidRDefault="00B81429" w:rsidP="00E17854">
            <w:pPr>
              <w:spacing w:after="0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申請日期</w:t>
            </w:r>
          </w:p>
        </w:tc>
        <w:tc>
          <w:tcPr>
            <w:tcW w:w="7456" w:type="dxa"/>
            <w:shd w:val="clear" w:color="auto" w:fill="D9D9D9" w:themeFill="background1" w:themeFillShade="D9"/>
            <w:vAlign w:val="center"/>
          </w:tcPr>
          <w:p w14:paraId="35C7DB72" w14:textId="1D5E6B30" w:rsidR="001C03A0" w:rsidRPr="00B81429" w:rsidRDefault="00AC4719" w:rsidP="00AC4719">
            <w:pPr>
              <w:spacing w:after="0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TW"/>
              </w:rPr>
              <w:t xml:space="preserve">           </w:t>
            </w:r>
            <w:r w:rsidRPr="00AC4719">
              <w:rPr>
                <w:b/>
                <w:sz w:val="24"/>
                <w:szCs w:val="24"/>
              </w:rPr>
              <w:t>年</w:t>
            </w:r>
            <w:r>
              <w:rPr>
                <w:rFonts w:hint="eastAsia"/>
                <w:b/>
                <w:sz w:val="24"/>
                <w:szCs w:val="24"/>
                <w:lang w:eastAsia="zh-TW"/>
              </w:rPr>
              <w:t xml:space="preserve">　　</w:t>
            </w:r>
            <w:r w:rsidRPr="00AC4719">
              <w:rPr>
                <w:b/>
                <w:sz w:val="24"/>
                <w:szCs w:val="24"/>
              </w:rPr>
              <w:t>月</w:t>
            </w:r>
            <w:r>
              <w:rPr>
                <w:rFonts w:hint="eastAsia"/>
                <w:b/>
                <w:sz w:val="24"/>
                <w:szCs w:val="24"/>
                <w:lang w:eastAsia="zh-TW"/>
              </w:rPr>
              <w:t xml:space="preserve">　　日</w:t>
            </w:r>
          </w:p>
        </w:tc>
      </w:tr>
      <w:tr w:rsidR="001C03A0" w:rsidRPr="00B81429" w14:paraId="0B9FD0BC" w14:textId="77777777" w:rsidTr="00B81429">
        <w:trPr>
          <w:trHeight w:val="677"/>
          <w:jc w:val="center"/>
        </w:trPr>
        <w:tc>
          <w:tcPr>
            <w:tcW w:w="2744" w:type="dxa"/>
            <w:vAlign w:val="center"/>
          </w:tcPr>
          <w:p w14:paraId="117A9BC1" w14:textId="2876AAB1" w:rsidR="001C03A0" w:rsidRPr="00B81429" w:rsidRDefault="000F769A" w:rsidP="00E17854">
            <w:pPr>
              <w:spacing w:after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學</w:t>
            </w:r>
            <w:r w:rsidR="00D11562">
              <w:rPr>
                <w:rFonts w:hint="eastAsia"/>
                <w:sz w:val="24"/>
                <w:szCs w:val="24"/>
                <w:lang w:eastAsia="zh-TW"/>
              </w:rPr>
              <w:t>程</w:t>
            </w:r>
            <w:r w:rsidR="00D11562" w:rsidRPr="00B81429">
              <w:rPr>
                <w:sz w:val="24"/>
                <w:szCs w:val="24"/>
              </w:rPr>
              <w:t>模組名稱</w:t>
            </w:r>
          </w:p>
        </w:tc>
        <w:tc>
          <w:tcPr>
            <w:tcW w:w="7456" w:type="dxa"/>
            <w:vAlign w:val="center"/>
          </w:tcPr>
          <w:p w14:paraId="27B5FC61" w14:textId="77777777" w:rsidR="001C03A0" w:rsidRPr="00B81429" w:rsidRDefault="001C03A0" w:rsidP="00E17854">
            <w:pPr>
              <w:spacing w:after="0"/>
              <w:rPr>
                <w:sz w:val="24"/>
                <w:szCs w:val="24"/>
              </w:rPr>
            </w:pPr>
          </w:p>
        </w:tc>
      </w:tr>
      <w:tr w:rsidR="001C03A0" w:rsidRPr="00B81429" w14:paraId="48D5A4DF" w14:textId="77777777" w:rsidTr="00B81429">
        <w:trPr>
          <w:trHeight w:val="678"/>
          <w:jc w:val="center"/>
        </w:trPr>
        <w:tc>
          <w:tcPr>
            <w:tcW w:w="2744" w:type="dxa"/>
            <w:vAlign w:val="center"/>
          </w:tcPr>
          <w:p w14:paraId="0D177851" w14:textId="790132AE" w:rsidR="001C03A0" w:rsidRPr="00B81429" w:rsidRDefault="00476D01" w:rsidP="00E17854">
            <w:pPr>
              <w:spacing w:after="0"/>
              <w:rPr>
                <w:rFonts w:hint="eastAsia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代表教師</w:t>
            </w:r>
          </w:p>
        </w:tc>
        <w:tc>
          <w:tcPr>
            <w:tcW w:w="7456" w:type="dxa"/>
            <w:vAlign w:val="center"/>
          </w:tcPr>
          <w:p w14:paraId="586F81DB" w14:textId="77777777" w:rsidR="001C03A0" w:rsidRPr="00B81429" w:rsidRDefault="00000000" w:rsidP="00E17854">
            <w:pPr>
              <w:spacing w:after="0"/>
              <w:rPr>
                <w:sz w:val="24"/>
                <w:szCs w:val="24"/>
                <w:lang w:eastAsia="zh-TW"/>
              </w:rPr>
            </w:pPr>
            <w:r w:rsidRPr="00B81429">
              <w:rPr>
                <w:sz w:val="24"/>
                <w:szCs w:val="24"/>
                <w:lang w:eastAsia="zh-TW"/>
              </w:rPr>
              <w:t>姓名：　　　　　　職稱：　　　　　　所屬單位：</w:t>
            </w:r>
          </w:p>
        </w:tc>
      </w:tr>
      <w:tr w:rsidR="001C03A0" w:rsidRPr="00B81429" w14:paraId="2E41A2A5" w14:textId="77777777" w:rsidTr="00B81429">
        <w:trPr>
          <w:trHeight w:val="677"/>
          <w:jc w:val="center"/>
        </w:trPr>
        <w:tc>
          <w:tcPr>
            <w:tcW w:w="2744" w:type="dxa"/>
            <w:vAlign w:val="center"/>
          </w:tcPr>
          <w:p w14:paraId="4722D195" w14:textId="77777777" w:rsidR="001C03A0" w:rsidRPr="00B81429" w:rsidRDefault="00000000" w:rsidP="00E17854">
            <w:pPr>
              <w:spacing w:after="0"/>
              <w:rPr>
                <w:sz w:val="24"/>
                <w:szCs w:val="24"/>
              </w:rPr>
            </w:pPr>
            <w:r w:rsidRPr="00B81429">
              <w:rPr>
                <w:sz w:val="24"/>
                <w:szCs w:val="24"/>
              </w:rPr>
              <w:t>聯絡方式</w:t>
            </w:r>
          </w:p>
        </w:tc>
        <w:tc>
          <w:tcPr>
            <w:tcW w:w="7456" w:type="dxa"/>
            <w:vAlign w:val="center"/>
          </w:tcPr>
          <w:p w14:paraId="1DCF216A" w14:textId="77777777" w:rsidR="001C03A0" w:rsidRPr="00B81429" w:rsidRDefault="00000000" w:rsidP="00E17854">
            <w:pPr>
              <w:spacing w:after="0"/>
              <w:rPr>
                <w:sz w:val="24"/>
                <w:szCs w:val="24"/>
              </w:rPr>
            </w:pPr>
            <w:r w:rsidRPr="00B81429">
              <w:rPr>
                <w:sz w:val="24"/>
                <w:szCs w:val="24"/>
              </w:rPr>
              <w:t>電話：　　　　　　Email：</w:t>
            </w:r>
          </w:p>
        </w:tc>
      </w:tr>
    </w:tbl>
    <w:p w14:paraId="2CD0868E" w14:textId="77777777" w:rsidR="001C03A0" w:rsidRDefault="00000000">
      <w:pPr>
        <w:spacing w:before="160" w:after="60"/>
      </w:pPr>
      <w:r>
        <w:rPr>
          <w:b/>
          <w:sz w:val="24"/>
        </w:rPr>
        <w:t>一、研發團隊成員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1431"/>
        <w:gridCol w:w="4307"/>
        <w:gridCol w:w="1402"/>
        <w:gridCol w:w="3086"/>
      </w:tblGrid>
      <w:tr w:rsidR="00D11562" w:rsidRPr="00D11562" w14:paraId="7E99727A" w14:textId="77777777" w:rsidTr="00D11562">
        <w:trPr>
          <w:trHeight w:val="677"/>
          <w:jc w:val="center"/>
        </w:trPr>
        <w:tc>
          <w:tcPr>
            <w:tcW w:w="1431" w:type="dxa"/>
            <w:shd w:val="clear" w:color="auto" w:fill="D9D9D9" w:themeFill="background1" w:themeFillShade="D9"/>
            <w:vAlign w:val="center"/>
          </w:tcPr>
          <w:p w14:paraId="56C6B7BF" w14:textId="77777777" w:rsidR="00D11562" w:rsidRPr="00D11562" w:rsidRDefault="00D11562" w:rsidP="00D11562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D11562">
              <w:rPr>
                <w:b/>
                <w:sz w:val="24"/>
                <w:szCs w:val="24"/>
              </w:rPr>
              <w:t>姓名</w:t>
            </w:r>
          </w:p>
        </w:tc>
        <w:tc>
          <w:tcPr>
            <w:tcW w:w="4307" w:type="dxa"/>
            <w:shd w:val="clear" w:color="auto" w:fill="D9D9D9" w:themeFill="background1" w:themeFillShade="D9"/>
            <w:vAlign w:val="center"/>
          </w:tcPr>
          <w:p w14:paraId="20840324" w14:textId="77777777" w:rsidR="00D11562" w:rsidRPr="00D11562" w:rsidRDefault="00D11562" w:rsidP="00D11562">
            <w:pPr>
              <w:spacing w:after="0"/>
              <w:rPr>
                <w:sz w:val="24"/>
                <w:szCs w:val="24"/>
                <w:lang w:eastAsia="zh-TW"/>
              </w:rPr>
            </w:pPr>
            <w:r w:rsidRPr="00D11562">
              <w:rPr>
                <w:b/>
                <w:sz w:val="24"/>
                <w:szCs w:val="24"/>
                <w:lang w:eastAsia="zh-TW"/>
              </w:rPr>
              <w:t>所屬學院／系所／學位學程／中心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03792D03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  <w:r w:rsidRPr="00D11562">
              <w:rPr>
                <w:b/>
                <w:sz w:val="24"/>
                <w:szCs w:val="24"/>
              </w:rPr>
              <w:t>職稱</w:t>
            </w:r>
          </w:p>
        </w:tc>
        <w:tc>
          <w:tcPr>
            <w:tcW w:w="3086" w:type="dxa"/>
            <w:shd w:val="clear" w:color="auto" w:fill="D9D9D9" w:themeFill="background1" w:themeFillShade="D9"/>
            <w:vAlign w:val="center"/>
          </w:tcPr>
          <w:p w14:paraId="5AC070A7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  <w:r w:rsidRPr="00D11562">
              <w:rPr>
                <w:b/>
                <w:sz w:val="24"/>
                <w:szCs w:val="24"/>
              </w:rPr>
              <w:t>專業領域</w:t>
            </w:r>
          </w:p>
        </w:tc>
      </w:tr>
      <w:tr w:rsidR="00D11562" w:rsidRPr="00D11562" w14:paraId="6B936C16" w14:textId="77777777" w:rsidTr="00D11562">
        <w:trPr>
          <w:trHeight w:val="677"/>
          <w:jc w:val="center"/>
        </w:trPr>
        <w:tc>
          <w:tcPr>
            <w:tcW w:w="1431" w:type="dxa"/>
            <w:vAlign w:val="center"/>
          </w:tcPr>
          <w:p w14:paraId="5FC9A914" w14:textId="1C341BDF" w:rsidR="00D11562" w:rsidRPr="00D11562" w:rsidRDefault="00476D01" w:rsidP="00D115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代表教師</w:t>
            </w:r>
          </w:p>
        </w:tc>
        <w:tc>
          <w:tcPr>
            <w:tcW w:w="4307" w:type="dxa"/>
            <w:vAlign w:val="center"/>
          </w:tcPr>
          <w:p w14:paraId="566860B8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7D5367BA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086" w:type="dxa"/>
            <w:vAlign w:val="center"/>
          </w:tcPr>
          <w:p w14:paraId="03BF5890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</w:tr>
      <w:tr w:rsidR="00D11562" w:rsidRPr="00D11562" w14:paraId="7DBE69E8" w14:textId="77777777" w:rsidTr="00D11562">
        <w:trPr>
          <w:trHeight w:val="678"/>
          <w:jc w:val="center"/>
        </w:trPr>
        <w:tc>
          <w:tcPr>
            <w:tcW w:w="1431" w:type="dxa"/>
            <w:vAlign w:val="center"/>
          </w:tcPr>
          <w:p w14:paraId="11A670AC" w14:textId="3F94064A" w:rsidR="00D11562" w:rsidRPr="00D11562" w:rsidRDefault="00476D01" w:rsidP="00D11562">
            <w:pPr>
              <w:spacing w:after="0" w:line="240" w:lineRule="auto"/>
              <w:jc w:val="center"/>
              <w:rPr>
                <w:rFonts w:hint="eastAsia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共同</w:t>
            </w:r>
            <w:r w:rsidR="00D11562" w:rsidRPr="00D11562">
              <w:rPr>
                <w:rFonts w:hint="eastAsia"/>
                <w:sz w:val="24"/>
                <w:szCs w:val="24"/>
                <w:lang w:eastAsia="zh-TW"/>
              </w:rPr>
              <w:t>教師</w:t>
            </w:r>
          </w:p>
        </w:tc>
        <w:tc>
          <w:tcPr>
            <w:tcW w:w="4307" w:type="dxa"/>
            <w:vAlign w:val="center"/>
          </w:tcPr>
          <w:p w14:paraId="393D2085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79156455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086" w:type="dxa"/>
            <w:vAlign w:val="center"/>
          </w:tcPr>
          <w:p w14:paraId="44B6FECC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</w:tr>
      <w:tr w:rsidR="00D11562" w:rsidRPr="00D11562" w14:paraId="3008B841" w14:textId="77777777" w:rsidTr="00D11562">
        <w:trPr>
          <w:trHeight w:val="677"/>
          <w:jc w:val="center"/>
        </w:trPr>
        <w:tc>
          <w:tcPr>
            <w:tcW w:w="1431" w:type="dxa"/>
            <w:vAlign w:val="center"/>
          </w:tcPr>
          <w:p w14:paraId="0CF1F16E" w14:textId="6B104680" w:rsidR="00D11562" w:rsidRPr="00D11562" w:rsidRDefault="00476D01" w:rsidP="00D115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共同</w:t>
            </w:r>
            <w:r w:rsidRPr="00D11562">
              <w:rPr>
                <w:rFonts w:hint="eastAsia"/>
                <w:sz w:val="24"/>
                <w:szCs w:val="24"/>
                <w:lang w:eastAsia="zh-TW"/>
              </w:rPr>
              <w:t>教師</w:t>
            </w:r>
          </w:p>
        </w:tc>
        <w:tc>
          <w:tcPr>
            <w:tcW w:w="4307" w:type="dxa"/>
            <w:vAlign w:val="center"/>
          </w:tcPr>
          <w:p w14:paraId="38C7BE16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61D42383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086" w:type="dxa"/>
            <w:vAlign w:val="center"/>
          </w:tcPr>
          <w:p w14:paraId="22634A68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</w:tr>
      <w:tr w:rsidR="00D11562" w:rsidRPr="00D11562" w14:paraId="0F578AEA" w14:textId="77777777" w:rsidTr="00D11562">
        <w:trPr>
          <w:trHeight w:val="677"/>
          <w:jc w:val="center"/>
        </w:trPr>
        <w:tc>
          <w:tcPr>
            <w:tcW w:w="1431" w:type="dxa"/>
            <w:vAlign w:val="center"/>
          </w:tcPr>
          <w:p w14:paraId="599168A2" w14:textId="09A2FCD5" w:rsidR="00D11562" w:rsidRPr="00D11562" w:rsidRDefault="00476D01" w:rsidP="00D115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共同</w:t>
            </w:r>
            <w:r w:rsidRPr="00D11562">
              <w:rPr>
                <w:rFonts w:hint="eastAsia"/>
                <w:sz w:val="24"/>
                <w:szCs w:val="24"/>
                <w:lang w:eastAsia="zh-TW"/>
              </w:rPr>
              <w:t>教師</w:t>
            </w:r>
          </w:p>
        </w:tc>
        <w:tc>
          <w:tcPr>
            <w:tcW w:w="4307" w:type="dxa"/>
            <w:vAlign w:val="center"/>
          </w:tcPr>
          <w:p w14:paraId="3A67F295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40D20EE7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086" w:type="dxa"/>
            <w:vAlign w:val="center"/>
          </w:tcPr>
          <w:p w14:paraId="5592866A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</w:tr>
      <w:tr w:rsidR="00D11562" w:rsidRPr="00D11562" w14:paraId="2219E627" w14:textId="77777777" w:rsidTr="00D11562">
        <w:trPr>
          <w:trHeight w:val="678"/>
          <w:jc w:val="center"/>
        </w:trPr>
        <w:tc>
          <w:tcPr>
            <w:tcW w:w="1431" w:type="dxa"/>
            <w:vAlign w:val="center"/>
          </w:tcPr>
          <w:p w14:paraId="2C78DC98" w14:textId="02428C17" w:rsidR="00D11562" w:rsidRPr="00D11562" w:rsidRDefault="00476D01" w:rsidP="00D11562">
            <w:pPr>
              <w:spacing w:after="0" w:line="240" w:lineRule="auto"/>
              <w:jc w:val="center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共同</w:t>
            </w:r>
            <w:r w:rsidRPr="00D11562">
              <w:rPr>
                <w:rFonts w:hint="eastAsia"/>
                <w:sz w:val="24"/>
                <w:szCs w:val="24"/>
                <w:lang w:eastAsia="zh-TW"/>
              </w:rPr>
              <w:t>教師</w:t>
            </w:r>
          </w:p>
        </w:tc>
        <w:tc>
          <w:tcPr>
            <w:tcW w:w="4307" w:type="dxa"/>
            <w:vAlign w:val="center"/>
          </w:tcPr>
          <w:p w14:paraId="33B385CA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092076AB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086" w:type="dxa"/>
            <w:vAlign w:val="center"/>
          </w:tcPr>
          <w:p w14:paraId="3D754142" w14:textId="77777777" w:rsidR="00D11562" w:rsidRPr="00D11562" w:rsidRDefault="00D11562" w:rsidP="00D11562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569F35F7" w14:textId="1C3DF906" w:rsidR="001C03A0" w:rsidRDefault="00000000" w:rsidP="009541AD">
      <w:pPr>
        <w:spacing w:after="0"/>
        <w:rPr>
          <w:iCs/>
          <w:lang w:eastAsia="zh-TW"/>
        </w:rPr>
      </w:pPr>
      <w:r w:rsidRPr="00D11562">
        <w:rPr>
          <w:iCs/>
          <w:lang w:eastAsia="zh-TW"/>
        </w:rPr>
        <w:t>※ 研發團隊至少由3位</w:t>
      </w:r>
      <w:r w:rsidR="00D11562">
        <w:rPr>
          <w:rFonts w:hint="eastAsia"/>
          <w:iCs/>
          <w:lang w:eastAsia="zh-TW"/>
        </w:rPr>
        <w:t>以上</w:t>
      </w:r>
      <w:r w:rsidRPr="00D11562">
        <w:rPr>
          <w:iCs/>
          <w:lang w:eastAsia="zh-TW"/>
        </w:rPr>
        <w:t>本校專任教師組成，並應具不同專業領域之跨域合作性。</w:t>
      </w:r>
    </w:p>
    <w:p w14:paraId="29EAE1F4" w14:textId="6FDC7096" w:rsidR="00D11562" w:rsidRPr="00D11562" w:rsidRDefault="00D11562" w:rsidP="009541AD">
      <w:pPr>
        <w:spacing w:after="0"/>
        <w:rPr>
          <w:iCs/>
          <w:lang w:eastAsia="zh-TW"/>
        </w:rPr>
      </w:pPr>
      <w:r w:rsidRPr="00D11562">
        <w:rPr>
          <w:iCs/>
          <w:lang w:eastAsia="zh-TW"/>
        </w:rPr>
        <w:t>※</w:t>
      </w:r>
      <w:r>
        <w:rPr>
          <w:rFonts w:hint="eastAsia"/>
          <w:iCs/>
          <w:lang w:eastAsia="zh-TW"/>
        </w:rPr>
        <w:t>成員列表可視情況自行</w:t>
      </w:r>
      <w:r w:rsidR="00E24DD2">
        <w:rPr>
          <w:rFonts w:hint="eastAsia"/>
          <w:iCs/>
          <w:lang w:eastAsia="zh-TW"/>
        </w:rPr>
        <w:t>增</w:t>
      </w:r>
      <w:r>
        <w:rPr>
          <w:rFonts w:hint="eastAsia"/>
          <w:iCs/>
          <w:lang w:eastAsia="zh-TW"/>
        </w:rPr>
        <w:t>加</w:t>
      </w:r>
      <w:r w:rsidR="00E24DD2">
        <w:rPr>
          <w:rFonts w:hint="eastAsia"/>
          <w:iCs/>
          <w:lang w:eastAsia="zh-TW"/>
        </w:rPr>
        <w:t>欄位</w:t>
      </w:r>
      <w:r>
        <w:rPr>
          <w:rFonts w:hint="eastAsia"/>
          <w:iCs/>
          <w:lang w:eastAsia="zh-TW"/>
        </w:rPr>
        <w:t>。</w:t>
      </w:r>
    </w:p>
    <w:p w14:paraId="34E62FBB" w14:textId="4E469456" w:rsidR="001C03A0" w:rsidRDefault="00000000">
      <w:pPr>
        <w:spacing w:before="160" w:after="60"/>
        <w:rPr>
          <w:b/>
          <w:sz w:val="24"/>
          <w:lang w:eastAsia="zh-TW"/>
        </w:rPr>
      </w:pPr>
      <w:r>
        <w:rPr>
          <w:b/>
          <w:sz w:val="24"/>
          <w:lang w:eastAsia="zh-TW"/>
        </w:rPr>
        <w:t>二、跨領域</w:t>
      </w:r>
      <w:r w:rsidR="004F44B6">
        <w:rPr>
          <w:rFonts w:hint="eastAsia"/>
          <w:b/>
          <w:sz w:val="24"/>
          <w:lang w:eastAsia="zh-TW"/>
        </w:rPr>
        <w:t>學程</w:t>
      </w:r>
      <w:r>
        <w:rPr>
          <w:b/>
          <w:sz w:val="24"/>
          <w:lang w:eastAsia="zh-TW"/>
        </w:rPr>
        <w:t>模組</w:t>
      </w:r>
      <w:r w:rsidR="004F44B6">
        <w:rPr>
          <w:rFonts w:hint="eastAsia"/>
          <w:b/>
          <w:sz w:val="24"/>
          <w:lang w:eastAsia="zh-TW"/>
        </w:rPr>
        <w:t>設立</w:t>
      </w:r>
      <w:r>
        <w:rPr>
          <w:b/>
          <w:sz w:val="24"/>
          <w:lang w:eastAsia="zh-TW"/>
        </w:rPr>
        <w:t>理念</w:t>
      </w:r>
    </w:p>
    <w:tbl>
      <w:tblPr>
        <w:tblStyle w:val="aff2"/>
        <w:tblW w:w="0" w:type="auto"/>
        <w:tblInd w:w="94" w:type="dxa"/>
        <w:tblLook w:val="04A0" w:firstRow="1" w:lastRow="0" w:firstColumn="1" w:lastColumn="0" w:noHBand="0" w:noVBand="1"/>
      </w:tblPr>
      <w:tblGrid>
        <w:gridCol w:w="10247"/>
      </w:tblGrid>
      <w:tr w:rsidR="009629A8" w:rsidRPr="009629A8" w14:paraId="7A604D82" w14:textId="77777777" w:rsidTr="009629A8">
        <w:trPr>
          <w:trHeight w:val="689"/>
        </w:trPr>
        <w:tc>
          <w:tcPr>
            <w:tcW w:w="10247" w:type="dxa"/>
            <w:shd w:val="clear" w:color="auto" w:fill="D9D9D9" w:themeFill="background1" w:themeFillShade="D9"/>
          </w:tcPr>
          <w:p w14:paraId="17B0F2D3" w14:textId="7CF91605" w:rsidR="009629A8" w:rsidRPr="009629A8" w:rsidRDefault="009629A8" w:rsidP="009629A8">
            <w:pPr>
              <w:spacing w:beforeLines="50" w:before="120"/>
              <w:rPr>
                <w:sz w:val="24"/>
                <w:szCs w:val="24"/>
                <w:lang w:eastAsia="zh-TW"/>
              </w:rPr>
            </w:pPr>
            <w:r w:rsidRPr="009629A8">
              <w:rPr>
                <w:sz w:val="24"/>
                <w:szCs w:val="24"/>
                <w:lang w:eastAsia="zh-TW"/>
              </w:rPr>
              <w:t>請說明本模組之研發背景、動機、跨領域整合理念，以及欲解決之人才培育需求。</w:t>
            </w:r>
          </w:p>
        </w:tc>
      </w:tr>
      <w:tr w:rsidR="009629A8" w14:paraId="69371691" w14:textId="77777777" w:rsidTr="009629A8">
        <w:trPr>
          <w:trHeight w:val="3077"/>
        </w:trPr>
        <w:tc>
          <w:tcPr>
            <w:tcW w:w="10247" w:type="dxa"/>
          </w:tcPr>
          <w:p w14:paraId="5B8A71A8" w14:textId="77777777" w:rsidR="009629A8" w:rsidRDefault="009629A8">
            <w:pPr>
              <w:spacing w:before="160" w:after="60"/>
              <w:rPr>
                <w:lang w:eastAsia="zh-TW"/>
              </w:rPr>
            </w:pPr>
          </w:p>
        </w:tc>
      </w:tr>
    </w:tbl>
    <w:p w14:paraId="29252848" w14:textId="77777777" w:rsidR="001C03A0" w:rsidRDefault="00000000">
      <w:pPr>
        <w:spacing w:before="160" w:after="60"/>
        <w:rPr>
          <w:b/>
          <w:sz w:val="24"/>
          <w:lang w:eastAsia="zh-TW"/>
        </w:rPr>
      </w:pPr>
      <w:r>
        <w:rPr>
          <w:b/>
          <w:sz w:val="24"/>
          <w:lang w:eastAsia="zh-TW"/>
        </w:rPr>
        <w:lastRenderedPageBreak/>
        <w:t>三、跨領域人才培育目標</w:t>
      </w:r>
    </w:p>
    <w:tbl>
      <w:tblPr>
        <w:tblStyle w:val="aff2"/>
        <w:tblW w:w="10425" w:type="dxa"/>
        <w:tblLook w:val="04A0" w:firstRow="1" w:lastRow="0" w:firstColumn="1" w:lastColumn="0" w:noHBand="0" w:noVBand="1"/>
      </w:tblPr>
      <w:tblGrid>
        <w:gridCol w:w="10425"/>
      </w:tblGrid>
      <w:tr w:rsidR="009629A8" w14:paraId="537793EE" w14:textId="77777777" w:rsidTr="00E24DD2">
        <w:trPr>
          <w:trHeight w:val="722"/>
        </w:trPr>
        <w:tc>
          <w:tcPr>
            <w:tcW w:w="10425" w:type="dxa"/>
            <w:shd w:val="clear" w:color="auto" w:fill="D9D9D9" w:themeFill="background1" w:themeFillShade="D9"/>
          </w:tcPr>
          <w:p w14:paraId="0A3CA44B" w14:textId="467B04FF" w:rsidR="009629A8" w:rsidRPr="009629A8" w:rsidRDefault="009629A8" w:rsidP="009629A8">
            <w:pPr>
              <w:spacing w:beforeLines="50" w:before="120"/>
              <w:rPr>
                <w:sz w:val="24"/>
                <w:szCs w:val="24"/>
                <w:lang w:eastAsia="zh-TW"/>
              </w:rPr>
            </w:pPr>
            <w:r w:rsidRPr="009629A8">
              <w:rPr>
                <w:sz w:val="24"/>
                <w:szCs w:val="24"/>
                <w:lang w:eastAsia="zh-TW"/>
              </w:rPr>
              <w:t>請說明學生完成本跨領域</w:t>
            </w:r>
            <w:r w:rsidR="004F44B6">
              <w:rPr>
                <w:rFonts w:hint="eastAsia"/>
                <w:sz w:val="24"/>
                <w:szCs w:val="24"/>
                <w:lang w:eastAsia="zh-TW"/>
              </w:rPr>
              <w:t>學程</w:t>
            </w:r>
            <w:r w:rsidRPr="009629A8">
              <w:rPr>
                <w:sz w:val="24"/>
                <w:szCs w:val="24"/>
                <w:lang w:eastAsia="zh-TW"/>
              </w:rPr>
              <w:t>模組後，預期具備之知識、技能及跨領域專業能力。</w:t>
            </w:r>
          </w:p>
        </w:tc>
      </w:tr>
      <w:tr w:rsidR="009629A8" w:rsidRPr="00E24DD2" w14:paraId="30854EEF" w14:textId="77777777" w:rsidTr="006C1EB5">
        <w:trPr>
          <w:trHeight w:val="1412"/>
        </w:trPr>
        <w:tc>
          <w:tcPr>
            <w:tcW w:w="10425" w:type="dxa"/>
          </w:tcPr>
          <w:p w14:paraId="2D7304A1" w14:textId="77777777" w:rsidR="009629A8" w:rsidRDefault="009629A8">
            <w:pPr>
              <w:spacing w:before="160" w:after="60"/>
              <w:rPr>
                <w:lang w:eastAsia="zh-TW"/>
              </w:rPr>
            </w:pPr>
          </w:p>
        </w:tc>
      </w:tr>
    </w:tbl>
    <w:p w14:paraId="0789BDB5" w14:textId="7A0563A7" w:rsidR="001C03A0" w:rsidRDefault="00000000">
      <w:pPr>
        <w:spacing w:before="160" w:after="60"/>
        <w:rPr>
          <w:lang w:eastAsia="zh-TW"/>
        </w:rPr>
      </w:pPr>
      <w:r>
        <w:rPr>
          <w:b/>
          <w:sz w:val="24"/>
          <w:lang w:eastAsia="zh-TW"/>
        </w:rPr>
        <w:t>四、跨領域</w:t>
      </w:r>
      <w:r w:rsidR="004F44B6">
        <w:rPr>
          <w:rFonts w:hint="eastAsia"/>
          <w:b/>
          <w:sz w:val="24"/>
          <w:lang w:eastAsia="zh-TW"/>
        </w:rPr>
        <w:t>學程</w:t>
      </w:r>
      <w:r>
        <w:rPr>
          <w:b/>
          <w:sz w:val="24"/>
          <w:lang w:eastAsia="zh-TW"/>
        </w:rPr>
        <w:t>模組課程架構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1649"/>
        <w:gridCol w:w="2256"/>
        <w:gridCol w:w="2161"/>
        <w:gridCol w:w="992"/>
        <w:gridCol w:w="1679"/>
        <w:gridCol w:w="1679"/>
      </w:tblGrid>
      <w:tr w:rsidR="00E24DD2" w:rsidRPr="00E24DD2" w14:paraId="006D4A69" w14:textId="77777777" w:rsidTr="00E24DD2">
        <w:trPr>
          <w:jc w:val="center"/>
        </w:trPr>
        <w:tc>
          <w:tcPr>
            <w:tcW w:w="1655" w:type="dxa"/>
            <w:shd w:val="clear" w:color="auto" w:fill="D9D9D9" w:themeFill="background1" w:themeFillShade="D9"/>
            <w:vAlign w:val="center"/>
          </w:tcPr>
          <w:p w14:paraId="4A3F74A9" w14:textId="77777777" w:rsidR="001C03A0" w:rsidRPr="00E24DD2" w:rsidRDefault="00000000" w:rsidP="00E24DD2">
            <w:pPr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 w:rsidRPr="00E24DD2">
              <w:rPr>
                <w:b/>
                <w:sz w:val="24"/>
                <w:szCs w:val="24"/>
              </w:rPr>
              <w:t>課程類別</w:t>
            </w:r>
          </w:p>
        </w:tc>
        <w:tc>
          <w:tcPr>
            <w:tcW w:w="2264" w:type="dxa"/>
            <w:shd w:val="clear" w:color="auto" w:fill="D9D9D9" w:themeFill="background1" w:themeFillShade="D9"/>
            <w:vAlign w:val="center"/>
          </w:tcPr>
          <w:p w14:paraId="7F6B622A" w14:textId="77777777" w:rsidR="001C03A0" w:rsidRPr="00E24DD2" w:rsidRDefault="00000000" w:rsidP="00E24DD2">
            <w:pPr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 w:rsidRPr="00E24DD2">
              <w:rPr>
                <w:b/>
                <w:sz w:val="24"/>
                <w:szCs w:val="24"/>
              </w:rPr>
              <w:t>課程名稱</w:t>
            </w:r>
          </w:p>
        </w:tc>
        <w:tc>
          <w:tcPr>
            <w:tcW w:w="2169" w:type="dxa"/>
            <w:shd w:val="clear" w:color="auto" w:fill="D9D9D9" w:themeFill="background1" w:themeFillShade="D9"/>
            <w:vAlign w:val="center"/>
          </w:tcPr>
          <w:p w14:paraId="55A1DF3D" w14:textId="77777777" w:rsidR="001C03A0" w:rsidRPr="00E24DD2" w:rsidRDefault="00000000" w:rsidP="00E24DD2">
            <w:pPr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 w:rsidRPr="00E24DD2">
              <w:rPr>
                <w:b/>
                <w:sz w:val="24"/>
                <w:szCs w:val="24"/>
              </w:rPr>
              <w:t>開課單位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3DFE1C46" w14:textId="77777777" w:rsidR="001C03A0" w:rsidRPr="00E24DD2" w:rsidRDefault="00000000" w:rsidP="00E24DD2">
            <w:pPr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 w:rsidRPr="00E24DD2">
              <w:rPr>
                <w:b/>
                <w:sz w:val="24"/>
                <w:szCs w:val="24"/>
              </w:rPr>
              <w:t>學分數</w:t>
            </w:r>
          </w:p>
        </w:tc>
        <w:tc>
          <w:tcPr>
            <w:tcW w:w="1684" w:type="dxa"/>
            <w:shd w:val="clear" w:color="auto" w:fill="D9D9D9" w:themeFill="background1" w:themeFillShade="D9"/>
            <w:vAlign w:val="center"/>
          </w:tcPr>
          <w:p w14:paraId="588F7F99" w14:textId="7BA1E934" w:rsidR="001C03A0" w:rsidRPr="00E24DD2" w:rsidRDefault="00E24DD2" w:rsidP="00E24DD2">
            <w:pPr>
              <w:spacing w:beforeLines="50" w:before="120" w:afterLines="50" w:after="120"/>
              <w:jc w:val="center"/>
              <w:rPr>
                <w:b/>
                <w:bCs/>
                <w:sz w:val="24"/>
                <w:szCs w:val="24"/>
                <w:lang w:eastAsia="zh-TW"/>
              </w:rPr>
            </w:pPr>
            <w:r w:rsidRPr="00E24DD2">
              <w:rPr>
                <w:rFonts w:hint="eastAsia"/>
                <w:b/>
                <w:bCs/>
                <w:sz w:val="24"/>
                <w:szCs w:val="24"/>
                <w:lang w:eastAsia="zh-TW"/>
              </w:rPr>
              <w:t>專業領域</w:t>
            </w:r>
          </w:p>
        </w:tc>
        <w:tc>
          <w:tcPr>
            <w:tcW w:w="1684" w:type="dxa"/>
            <w:shd w:val="clear" w:color="auto" w:fill="D9D9D9" w:themeFill="background1" w:themeFillShade="D9"/>
            <w:vAlign w:val="center"/>
          </w:tcPr>
          <w:p w14:paraId="141EE614" w14:textId="0E352156" w:rsidR="001C03A0" w:rsidRPr="00E24DD2" w:rsidRDefault="00000000" w:rsidP="00E24DD2">
            <w:pPr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 w:rsidRPr="00E24DD2">
              <w:rPr>
                <w:b/>
                <w:sz w:val="24"/>
                <w:szCs w:val="24"/>
              </w:rPr>
              <w:t>跨域</w:t>
            </w:r>
            <w:r w:rsidR="00E24DD2">
              <w:rPr>
                <w:rFonts w:hint="eastAsia"/>
                <w:b/>
                <w:sz w:val="24"/>
                <w:szCs w:val="24"/>
                <w:lang w:eastAsia="zh-TW"/>
              </w:rPr>
              <w:t>整合</w:t>
            </w:r>
            <w:r w:rsidRPr="00E24DD2">
              <w:rPr>
                <w:b/>
                <w:sz w:val="24"/>
                <w:szCs w:val="24"/>
              </w:rPr>
              <w:t>重點</w:t>
            </w:r>
          </w:p>
        </w:tc>
      </w:tr>
      <w:tr w:rsidR="001C03A0" w:rsidRPr="00E24DD2" w14:paraId="3688D0E6" w14:textId="77777777" w:rsidTr="00E24DD2">
        <w:trPr>
          <w:jc w:val="center"/>
        </w:trPr>
        <w:tc>
          <w:tcPr>
            <w:tcW w:w="1655" w:type="dxa"/>
            <w:vAlign w:val="center"/>
          </w:tcPr>
          <w:p w14:paraId="7BCC5A02" w14:textId="77777777" w:rsidR="001C03A0" w:rsidRPr="00E24DD2" w:rsidRDefault="00000000" w:rsidP="00E24DD2">
            <w:pPr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 w:rsidRPr="00E24DD2">
              <w:rPr>
                <w:sz w:val="24"/>
                <w:szCs w:val="24"/>
              </w:rPr>
              <w:t>基礎課程</w:t>
            </w:r>
          </w:p>
        </w:tc>
        <w:tc>
          <w:tcPr>
            <w:tcW w:w="2264" w:type="dxa"/>
            <w:vAlign w:val="center"/>
          </w:tcPr>
          <w:p w14:paraId="69A603F3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0F26502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0E19CE81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0F13D700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072BCDF4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</w:tr>
      <w:tr w:rsidR="001C03A0" w:rsidRPr="00E24DD2" w14:paraId="091F5A02" w14:textId="77777777" w:rsidTr="00E24DD2">
        <w:trPr>
          <w:jc w:val="center"/>
        </w:trPr>
        <w:tc>
          <w:tcPr>
            <w:tcW w:w="1655" w:type="dxa"/>
            <w:vAlign w:val="center"/>
          </w:tcPr>
          <w:p w14:paraId="39C2D76E" w14:textId="77777777" w:rsidR="001C03A0" w:rsidRPr="00E24DD2" w:rsidRDefault="00000000" w:rsidP="00E24DD2">
            <w:pPr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 w:rsidRPr="00E24DD2">
              <w:rPr>
                <w:sz w:val="24"/>
                <w:szCs w:val="24"/>
              </w:rPr>
              <w:t>核心課程</w:t>
            </w:r>
          </w:p>
        </w:tc>
        <w:tc>
          <w:tcPr>
            <w:tcW w:w="2264" w:type="dxa"/>
            <w:vAlign w:val="center"/>
          </w:tcPr>
          <w:p w14:paraId="02CF6291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690512B7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02ABDF9C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16AE2816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32448141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</w:tr>
      <w:tr w:rsidR="001C03A0" w:rsidRPr="00E24DD2" w14:paraId="7863E8D8" w14:textId="77777777" w:rsidTr="00E24DD2">
        <w:trPr>
          <w:jc w:val="center"/>
        </w:trPr>
        <w:tc>
          <w:tcPr>
            <w:tcW w:w="1655" w:type="dxa"/>
            <w:vAlign w:val="center"/>
          </w:tcPr>
          <w:p w14:paraId="12CCA578" w14:textId="77777777" w:rsidR="001C03A0" w:rsidRPr="00E24DD2" w:rsidRDefault="00000000" w:rsidP="00E24DD2">
            <w:pPr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 w:rsidRPr="00E24DD2">
              <w:rPr>
                <w:sz w:val="24"/>
                <w:szCs w:val="24"/>
              </w:rPr>
              <w:t>核心課程</w:t>
            </w:r>
          </w:p>
        </w:tc>
        <w:tc>
          <w:tcPr>
            <w:tcW w:w="2264" w:type="dxa"/>
            <w:vAlign w:val="center"/>
          </w:tcPr>
          <w:p w14:paraId="4FF49C8C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76268A49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3F941425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2ED5B293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573070CA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</w:tr>
      <w:tr w:rsidR="001C03A0" w:rsidRPr="00E24DD2" w14:paraId="0B83C7C9" w14:textId="77777777" w:rsidTr="00E24DD2">
        <w:trPr>
          <w:jc w:val="center"/>
        </w:trPr>
        <w:tc>
          <w:tcPr>
            <w:tcW w:w="1655" w:type="dxa"/>
            <w:vAlign w:val="center"/>
          </w:tcPr>
          <w:p w14:paraId="2BE8A327" w14:textId="77777777" w:rsidR="001C03A0" w:rsidRPr="00E24DD2" w:rsidRDefault="00000000" w:rsidP="00E24DD2">
            <w:pPr>
              <w:spacing w:beforeLines="50" w:before="120" w:afterLines="50" w:after="120"/>
              <w:jc w:val="center"/>
              <w:rPr>
                <w:sz w:val="20"/>
                <w:szCs w:val="20"/>
              </w:rPr>
            </w:pPr>
            <w:r w:rsidRPr="00E24DD2">
              <w:rPr>
                <w:sz w:val="20"/>
                <w:szCs w:val="20"/>
              </w:rPr>
              <w:t>應用／實作課程</w:t>
            </w:r>
          </w:p>
        </w:tc>
        <w:tc>
          <w:tcPr>
            <w:tcW w:w="2264" w:type="dxa"/>
            <w:vAlign w:val="center"/>
          </w:tcPr>
          <w:p w14:paraId="16C7CC3D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09F2F510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48B0236E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284C0AC7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084649A4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</w:tr>
      <w:tr w:rsidR="001C03A0" w:rsidRPr="00E24DD2" w14:paraId="063D9BE3" w14:textId="77777777" w:rsidTr="00E24DD2">
        <w:trPr>
          <w:jc w:val="center"/>
        </w:trPr>
        <w:tc>
          <w:tcPr>
            <w:tcW w:w="1655" w:type="dxa"/>
            <w:vAlign w:val="center"/>
          </w:tcPr>
          <w:p w14:paraId="59942E21" w14:textId="77777777" w:rsidR="001C03A0" w:rsidRPr="00E24DD2" w:rsidRDefault="00000000" w:rsidP="00E24DD2">
            <w:pPr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 w:rsidRPr="00E24DD2">
              <w:rPr>
                <w:sz w:val="24"/>
                <w:szCs w:val="24"/>
              </w:rPr>
              <w:t>其他</w:t>
            </w:r>
          </w:p>
        </w:tc>
        <w:tc>
          <w:tcPr>
            <w:tcW w:w="2264" w:type="dxa"/>
            <w:vAlign w:val="center"/>
          </w:tcPr>
          <w:p w14:paraId="24BA861A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14:paraId="22B74C51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6CF79418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70F9404C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 w14:paraId="25248CE3" w14:textId="77777777" w:rsidR="001C03A0" w:rsidRPr="00E24DD2" w:rsidRDefault="001C03A0" w:rsidP="00E24DD2">
            <w:pPr>
              <w:spacing w:beforeLines="50" w:before="120" w:afterLines="50" w:after="120"/>
              <w:rPr>
                <w:sz w:val="24"/>
                <w:szCs w:val="24"/>
              </w:rPr>
            </w:pPr>
          </w:p>
        </w:tc>
      </w:tr>
    </w:tbl>
    <w:p w14:paraId="1B0327EB" w14:textId="609B4BC3" w:rsidR="009261ED" w:rsidRPr="009261ED" w:rsidRDefault="00000000" w:rsidP="009261ED">
      <w:pPr>
        <w:spacing w:after="0"/>
        <w:rPr>
          <w:lang w:eastAsia="zh-TW"/>
        </w:rPr>
      </w:pPr>
      <w:r>
        <w:rPr>
          <w:lang w:eastAsia="zh-TW"/>
        </w:rPr>
        <w:t>模組總學分數：</w:t>
      </w:r>
      <w:r w:rsidR="009261ED"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　學分</w:t>
      </w:r>
      <w:r w:rsidR="009261ED">
        <w:rPr>
          <w:rFonts w:hint="eastAsia"/>
          <w:lang w:eastAsia="zh-TW"/>
        </w:rPr>
        <w:t xml:space="preserve">　　　　　　　　　　　　　　　　　　　　　　</w:t>
      </w:r>
      <w:r w:rsidR="009261ED" w:rsidRPr="00D11562">
        <w:rPr>
          <w:iCs/>
          <w:lang w:eastAsia="zh-TW"/>
        </w:rPr>
        <w:t>※</w:t>
      </w:r>
      <w:r w:rsidR="009261ED">
        <w:rPr>
          <w:rFonts w:hint="eastAsia"/>
          <w:iCs/>
          <w:lang w:eastAsia="zh-TW"/>
        </w:rPr>
        <w:t>課程架構可視情況自行增加欄位。</w:t>
      </w:r>
    </w:p>
    <w:p w14:paraId="45D6F1B2" w14:textId="71396953" w:rsidR="00A67DE7" w:rsidRDefault="00EE3FC1" w:rsidP="006C1EB5">
      <w:pPr>
        <w:spacing w:after="0"/>
        <w:rPr>
          <w:b/>
          <w:sz w:val="24"/>
          <w:lang w:eastAsia="zh-TW"/>
        </w:rPr>
      </w:pPr>
      <w:r>
        <w:rPr>
          <w:rFonts w:hint="eastAsia"/>
          <w:b/>
          <w:sz w:val="24"/>
          <w:lang w:eastAsia="zh-TW"/>
        </w:rPr>
        <w:t>五</w:t>
      </w:r>
      <w:r w:rsidR="006C1EB5">
        <w:rPr>
          <w:b/>
          <w:sz w:val="24"/>
          <w:lang w:eastAsia="zh-TW"/>
        </w:rPr>
        <w:t>、課程地圖</w:t>
      </w:r>
    </w:p>
    <w:p w14:paraId="5BFD2A51" w14:textId="77777777" w:rsidR="006C1EB5" w:rsidRPr="006C1EB5" w:rsidRDefault="006C1EB5" w:rsidP="006C1EB5">
      <w:pPr>
        <w:spacing w:line="240" w:lineRule="auto"/>
        <w:rPr>
          <w:sz w:val="24"/>
          <w:szCs w:val="24"/>
          <w:lang w:eastAsia="zh-TW"/>
        </w:rPr>
      </w:pPr>
      <w:r w:rsidRPr="006C1EB5">
        <w:rPr>
          <w:sz w:val="24"/>
          <w:szCs w:val="24"/>
          <w:lang w:eastAsia="zh-TW"/>
        </w:rPr>
        <w:t>請以圖示或文字方式呈現各課程之修習順序、先修關係及學習進程。</w:t>
      </w:r>
    </w:p>
    <w:p w14:paraId="28D9C704" w14:textId="77777777" w:rsidR="00A67DE7" w:rsidRDefault="00A67DE7" w:rsidP="006C1EB5">
      <w:pPr>
        <w:spacing w:before="160" w:after="60" w:line="240" w:lineRule="auto"/>
        <w:rPr>
          <w:b/>
          <w:sz w:val="24"/>
          <w:lang w:eastAsia="zh-TW"/>
        </w:rPr>
      </w:pPr>
    </w:p>
    <w:p w14:paraId="250FF0DF" w14:textId="77777777" w:rsidR="006C1EB5" w:rsidRDefault="006C1EB5" w:rsidP="006C1EB5">
      <w:pPr>
        <w:spacing w:before="160" w:after="60" w:line="240" w:lineRule="auto"/>
        <w:rPr>
          <w:b/>
          <w:sz w:val="24"/>
          <w:lang w:eastAsia="zh-TW"/>
        </w:rPr>
      </w:pPr>
    </w:p>
    <w:p w14:paraId="57A3FD50" w14:textId="77777777" w:rsidR="006C1EB5" w:rsidRDefault="006C1EB5" w:rsidP="006C1EB5">
      <w:pPr>
        <w:spacing w:before="160" w:after="60" w:line="240" w:lineRule="auto"/>
        <w:rPr>
          <w:b/>
          <w:sz w:val="24"/>
          <w:lang w:eastAsia="zh-TW"/>
        </w:rPr>
      </w:pPr>
    </w:p>
    <w:p w14:paraId="5D57A639" w14:textId="77777777" w:rsidR="004B0E30" w:rsidRDefault="004B0E30" w:rsidP="006C1EB5">
      <w:pPr>
        <w:spacing w:before="160" w:after="60" w:line="240" w:lineRule="auto"/>
        <w:rPr>
          <w:b/>
          <w:sz w:val="24"/>
          <w:lang w:eastAsia="zh-TW"/>
        </w:rPr>
      </w:pPr>
    </w:p>
    <w:p w14:paraId="7BF8812C" w14:textId="77777777" w:rsidR="004B0E30" w:rsidRDefault="004B0E30" w:rsidP="006C1EB5">
      <w:pPr>
        <w:spacing w:before="160" w:after="60" w:line="240" w:lineRule="auto"/>
        <w:rPr>
          <w:b/>
          <w:sz w:val="24"/>
          <w:lang w:eastAsia="zh-TW"/>
        </w:rPr>
      </w:pPr>
    </w:p>
    <w:p w14:paraId="65928A64" w14:textId="77777777" w:rsidR="004B0E30" w:rsidRDefault="004B0E30" w:rsidP="006C1EB5">
      <w:pPr>
        <w:spacing w:before="160" w:after="60" w:line="240" w:lineRule="auto"/>
        <w:rPr>
          <w:b/>
          <w:sz w:val="24"/>
          <w:lang w:eastAsia="zh-TW"/>
        </w:rPr>
      </w:pPr>
    </w:p>
    <w:p w14:paraId="7DC465B1" w14:textId="77777777" w:rsidR="004B0E30" w:rsidRDefault="004B0E30" w:rsidP="006C1EB5">
      <w:pPr>
        <w:spacing w:before="160" w:after="60" w:line="240" w:lineRule="auto"/>
        <w:rPr>
          <w:b/>
          <w:sz w:val="24"/>
          <w:lang w:eastAsia="zh-TW"/>
        </w:rPr>
      </w:pPr>
    </w:p>
    <w:p w14:paraId="11174848" w14:textId="77777777" w:rsidR="006C1EB5" w:rsidRDefault="006C1EB5" w:rsidP="006C1EB5">
      <w:pPr>
        <w:spacing w:before="160" w:after="60" w:line="240" w:lineRule="auto"/>
        <w:rPr>
          <w:b/>
          <w:sz w:val="24"/>
          <w:lang w:eastAsia="zh-TW"/>
        </w:rPr>
      </w:pPr>
    </w:p>
    <w:p w14:paraId="715D7A81" w14:textId="0E9B2E86" w:rsidR="001C03A0" w:rsidRDefault="00EE3FC1">
      <w:pPr>
        <w:spacing w:before="160" w:after="60"/>
        <w:rPr>
          <w:b/>
          <w:sz w:val="24"/>
          <w:lang w:eastAsia="zh-TW"/>
        </w:rPr>
      </w:pPr>
      <w:r>
        <w:rPr>
          <w:rFonts w:hint="eastAsia"/>
          <w:b/>
          <w:sz w:val="24"/>
          <w:lang w:eastAsia="zh-TW"/>
        </w:rPr>
        <w:lastRenderedPageBreak/>
        <w:t>六</w:t>
      </w:r>
      <w:r>
        <w:rPr>
          <w:b/>
          <w:sz w:val="24"/>
          <w:lang w:eastAsia="zh-TW"/>
        </w:rPr>
        <w:t>、課程間之跨領域整合關係</w:t>
      </w:r>
    </w:p>
    <w:tbl>
      <w:tblPr>
        <w:tblStyle w:val="aff2"/>
        <w:tblW w:w="10523" w:type="dxa"/>
        <w:tblLook w:val="04A0" w:firstRow="1" w:lastRow="0" w:firstColumn="1" w:lastColumn="0" w:noHBand="0" w:noVBand="1"/>
      </w:tblPr>
      <w:tblGrid>
        <w:gridCol w:w="10523"/>
      </w:tblGrid>
      <w:tr w:rsidR="004A50FD" w14:paraId="67E66FC5" w14:textId="77777777" w:rsidTr="004A50FD">
        <w:trPr>
          <w:trHeight w:val="702"/>
        </w:trPr>
        <w:tc>
          <w:tcPr>
            <w:tcW w:w="10523" w:type="dxa"/>
            <w:shd w:val="clear" w:color="auto" w:fill="D9D9D9" w:themeFill="background1" w:themeFillShade="D9"/>
          </w:tcPr>
          <w:p w14:paraId="70397911" w14:textId="1BA60A86" w:rsidR="004A50FD" w:rsidRPr="004A50FD" w:rsidRDefault="004A50FD" w:rsidP="004A50FD">
            <w:pPr>
              <w:spacing w:beforeLines="50" w:before="120"/>
              <w:rPr>
                <w:lang w:eastAsia="zh-TW"/>
              </w:rPr>
            </w:pPr>
            <w:r>
              <w:rPr>
                <w:lang w:eastAsia="zh-TW"/>
              </w:rPr>
              <w:t>請說明各課程之間的先修、銜接、進階及知識整合關係，並說明不同專業領域如何共同形成完整之跨領域專長。</w:t>
            </w:r>
          </w:p>
        </w:tc>
      </w:tr>
      <w:tr w:rsidR="004A50FD" w14:paraId="49108ABA" w14:textId="77777777" w:rsidTr="004B0E30">
        <w:trPr>
          <w:trHeight w:val="5125"/>
        </w:trPr>
        <w:tc>
          <w:tcPr>
            <w:tcW w:w="10523" w:type="dxa"/>
          </w:tcPr>
          <w:p w14:paraId="0E5AB64E" w14:textId="77777777" w:rsidR="004A50FD" w:rsidRDefault="004A50FD">
            <w:pPr>
              <w:spacing w:before="160" w:after="60"/>
              <w:rPr>
                <w:lang w:eastAsia="zh-TW"/>
              </w:rPr>
            </w:pPr>
          </w:p>
        </w:tc>
      </w:tr>
    </w:tbl>
    <w:p w14:paraId="07235E72" w14:textId="68A04F6D" w:rsidR="001C03A0" w:rsidRDefault="00EE3FC1">
      <w:pPr>
        <w:spacing w:before="160" w:after="60"/>
        <w:rPr>
          <w:b/>
          <w:sz w:val="24"/>
          <w:lang w:eastAsia="zh-TW"/>
        </w:rPr>
      </w:pPr>
      <w:r>
        <w:rPr>
          <w:rFonts w:hint="eastAsia"/>
          <w:b/>
          <w:sz w:val="24"/>
          <w:lang w:eastAsia="zh-TW"/>
        </w:rPr>
        <w:t>七</w:t>
      </w:r>
      <w:r>
        <w:rPr>
          <w:b/>
          <w:sz w:val="24"/>
          <w:lang w:eastAsia="zh-TW"/>
        </w:rPr>
        <w:t>、課程實施規劃</w:t>
      </w:r>
    </w:p>
    <w:tbl>
      <w:tblPr>
        <w:tblStyle w:val="aff2"/>
        <w:tblW w:w="10537" w:type="dxa"/>
        <w:tblLook w:val="04A0" w:firstRow="1" w:lastRow="0" w:firstColumn="1" w:lastColumn="0" w:noHBand="0" w:noVBand="1"/>
      </w:tblPr>
      <w:tblGrid>
        <w:gridCol w:w="10537"/>
      </w:tblGrid>
      <w:tr w:rsidR="006C1EB5" w14:paraId="0DABC473" w14:textId="77777777" w:rsidTr="006C1EB5">
        <w:trPr>
          <w:trHeight w:val="699"/>
        </w:trPr>
        <w:tc>
          <w:tcPr>
            <w:tcW w:w="10537" w:type="dxa"/>
            <w:shd w:val="clear" w:color="auto" w:fill="D9D9D9" w:themeFill="background1" w:themeFillShade="D9"/>
          </w:tcPr>
          <w:p w14:paraId="75EFDADA" w14:textId="2D17185B" w:rsidR="006C1EB5" w:rsidRPr="006C1EB5" w:rsidRDefault="006C1EB5" w:rsidP="006C1EB5">
            <w:pPr>
              <w:spacing w:beforeLines="50" w:before="120"/>
              <w:rPr>
                <w:sz w:val="24"/>
                <w:szCs w:val="24"/>
                <w:lang w:eastAsia="zh-TW"/>
              </w:rPr>
            </w:pPr>
            <w:r w:rsidRPr="006C1EB5">
              <w:rPr>
                <w:sz w:val="24"/>
                <w:szCs w:val="24"/>
                <w:lang w:eastAsia="zh-TW"/>
              </w:rPr>
              <w:t>請說明課程實施方式、教學策略、實作活動、專題課程、跨域合作方式及其他相關規劃。</w:t>
            </w:r>
          </w:p>
        </w:tc>
      </w:tr>
      <w:tr w:rsidR="006C1EB5" w14:paraId="2FC1B21D" w14:textId="77777777" w:rsidTr="004B0E30">
        <w:trPr>
          <w:trHeight w:val="5516"/>
        </w:trPr>
        <w:tc>
          <w:tcPr>
            <w:tcW w:w="10537" w:type="dxa"/>
          </w:tcPr>
          <w:p w14:paraId="119C2EF2" w14:textId="77777777" w:rsidR="006C1EB5" w:rsidRDefault="006C1EB5">
            <w:pPr>
              <w:spacing w:before="160" w:after="60"/>
              <w:rPr>
                <w:lang w:eastAsia="zh-TW"/>
              </w:rPr>
            </w:pPr>
          </w:p>
        </w:tc>
      </w:tr>
    </w:tbl>
    <w:p w14:paraId="56B9E9A8" w14:textId="7077B836" w:rsidR="001C03A0" w:rsidRDefault="00787714">
      <w:pPr>
        <w:spacing w:before="160" w:after="60"/>
        <w:rPr>
          <w:lang w:eastAsia="zh-TW"/>
        </w:rPr>
      </w:pPr>
      <w:r>
        <w:rPr>
          <w:rFonts w:hint="eastAsia"/>
          <w:b/>
          <w:sz w:val="24"/>
          <w:lang w:eastAsia="zh-TW"/>
        </w:rPr>
        <w:lastRenderedPageBreak/>
        <w:t>八</w:t>
      </w:r>
      <w:r>
        <w:rPr>
          <w:b/>
          <w:sz w:val="24"/>
          <w:lang w:eastAsia="zh-TW"/>
        </w:rPr>
        <w:t>、申請教師確認</w:t>
      </w:r>
    </w:p>
    <w:p w14:paraId="3545C4E6" w14:textId="1B99EEA9" w:rsidR="001C03A0" w:rsidRPr="00EE3FC1" w:rsidRDefault="00000000" w:rsidP="00787714">
      <w:pPr>
        <w:spacing w:after="0"/>
        <w:rPr>
          <w:sz w:val="24"/>
          <w:szCs w:val="24"/>
          <w:lang w:eastAsia="zh-TW"/>
        </w:rPr>
      </w:pPr>
      <w:r w:rsidRPr="00EE3FC1">
        <w:rPr>
          <w:sz w:val="24"/>
          <w:szCs w:val="24"/>
          <w:lang w:eastAsia="zh-TW"/>
        </w:rPr>
        <w:t>本人確認本申請案所提資料均屬實，並同意依本校「跨領域</w:t>
      </w:r>
      <w:r w:rsidR="004F44B6">
        <w:rPr>
          <w:rFonts w:hint="eastAsia"/>
          <w:sz w:val="24"/>
          <w:szCs w:val="24"/>
          <w:lang w:eastAsia="zh-TW"/>
        </w:rPr>
        <w:t>學程</w:t>
      </w:r>
      <w:r w:rsidRPr="00EE3FC1">
        <w:rPr>
          <w:sz w:val="24"/>
          <w:szCs w:val="24"/>
          <w:lang w:eastAsia="zh-TW"/>
        </w:rPr>
        <w:t>模組獎勵辦法」辦理相關</w:t>
      </w:r>
      <w:r w:rsidR="004F44B6">
        <w:rPr>
          <w:rFonts w:hint="eastAsia"/>
          <w:sz w:val="24"/>
          <w:szCs w:val="24"/>
          <w:lang w:eastAsia="zh-TW"/>
        </w:rPr>
        <w:t>設立</w:t>
      </w:r>
      <w:r w:rsidRPr="00EE3FC1">
        <w:rPr>
          <w:sz w:val="24"/>
          <w:szCs w:val="24"/>
          <w:lang w:eastAsia="zh-TW"/>
        </w:rPr>
        <w:t>及成果繳交事宜。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3374"/>
        <w:gridCol w:w="6826"/>
      </w:tblGrid>
      <w:tr w:rsidR="001C03A0" w:rsidRPr="00EE3FC1" w14:paraId="392D72AE" w14:textId="77777777" w:rsidTr="004B0E30">
        <w:trPr>
          <w:jc w:val="center"/>
        </w:trPr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509F707D" w14:textId="77777777" w:rsidR="001C03A0" w:rsidRPr="00EE3FC1" w:rsidRDefault="00000000" w:rsidP="00EE3FC1">
            <w:pPr>
              <w:spacing w:beforeLines="50" w:before="120" w:afterLines="50" w:after="120"/>
              <w:rPr>
                <w:sz w:val="24"/>
                <w:szCs w:val="24"/>
              </w:rPr>
            </w:pPr>
            <w:r w:rsidRPr="00EE3FC1">
              <w:rPr>
                <w:b/>
                <w:sz w:val="24"/>
                <w:szCs w:val="24"/>
              </w:rPr>
              <w:t>計畫主持人</w:t>
            </w:r>
          </w:p>
        </w:tc>
        <w:tc>
          <w:tcPr>
            <w:tcW w:w="6826" w:type="dxa"/>
            <w:shd w:val="clear" w:color="auto" w:fill="D9D9D9" w:themeFill="background1" w:themeFillShade="D9"/>
            <w:vAlign w:val="center"/>
          </w:tcPr>
          <w:p w14:paraId="0FAB4973" w14:textId="77777777" w:rsidR="001C03A0" w:rsidRPr="00EE3FC1" w:rsidRDefault="00000000" w:rsidP="004B0E30">
            <w:pPr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 w:rsidRPr="00EE3FC1">
              <w:rPr>
                <w:b/>
                <w:sz w:val="24"/>
                <w:szCs w:val="24"/>
              </w:rPr>
              <w:t>研發團隊成員確認</w:t>
            </w:r>
          </w:p>
        </w:tc>
      </w:tr>
      <w:tr w:rsidR="001C03A0" w:rsidRPr="00EE3FC1" w14:paraId="0F33B49D" w14:textId="77777777" w:rsidTr="004B0E30">
        <w:trPr>
          <w:jc w:val="center"/>
        </w:trPr>
        <w:tc>
          <w:tcPr>
            <w:tcW w:w="3374" w:type="dxa"/>
            <w:vAlign w:val="center"/>
          </w:tcPr>
          <w:p w14:paraId="1F955601" w14:textId="77777777" w:rsidR="001C03A0" w:rsidRPr="00EE3FC1" w:rsidRDefault="00000000" w:rsidP="00C44E88">
            <w:pPr>
              <w:spacing w:beforeLines="50" w:before="120" w:afterLines="50" w:after="120"/>
              <w:rPr>
                <w:sz w:val="24"/>
                <w:szCs w:val="24"/>
              </w:rPr>
            </w:pPr>
            <w:r w:rsidRPr="00EE3FC1">
              <w:rPr>
                <w:sz w:val="24"/>
                <w:szCs w:val="24"/>
              </w:rPr>
              <w:t>簽章：____________</w:t>
            </w:r>
            <w:r w:rsidRPr="00EE3FC1">
              <w:rPr>
                <w:sz w:val="24"/>
                <w:szCs w:val="24"/>
              </w:rPr>
              <w:br/>
              <w:t>日期：____________</w:t>
            </w:r>
          </w:p>
        </w:tc>
        <w:tc>
          <w:tcPr>
            <w:tcW w:w="6826" w:type="dxa"/>
            <w:vAlign w:val="center"/>
          </w:tcPr>
          <w:p w14:paraId="3F112135" w14:textId="65DBA1EA" w:rsidR="001C03A0" w:rsidRPr="00EE3FC1" w:rsidRDefault="00000000" w:rsidP="00C44E88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  <w:r w:rsidRPr="00EE3FC1">
              <w:rPr>
                <w:sz w:val="24"/>
                <w:szCs w:val="24"/>
                <w:lang w:eastAsia="zh-TW"/>
              </w:rPr>
              <w:t>簽章：____________</w:t>
            </w:r>
            <w:r w:rsidR="004B0E30">
              <w:rPr>
                <w:rFonts w:hint="eastAsia"/>
                <w:sz w:val="24"/>
                <w:szCs w:val="24"/>
                <w:lang w:eastAsia="zh-TW"/>
              </w:rPr>
              <w:t xml:space="preserve">  </w:t>
            </w:r>
            <w:r w:rsidR="004B0E30" w:rsidRPr="00EE3FC1">
              <w:rPr>
                <w:sz w:val="24"/>
                <w:szCs w:val="24"/>
                <w:lang w:eastAsia="zh-TW"/>
              </w:rPr>
              <w:t>簽章：____________</w:t>
            </w:r>
            <w:r w:rsidR="004B0E30">
              <w:rPr>
                <w:rFonts w:hint="eastAsia"/>
                <w:sz w:val="24"/>
                <w:szCs w:val="24"/>
                <w:lang w:eastAsia="zh-TW"/>
              </w:rPr>
              <w:t xml:space="preserve">  </w:t>
            </w:r>
            <w:r w:rsidR="004B0E30" w:rsidRPr="00EE3FC1">
              <w:rPr>
                <w:sz w:val="24"/>
                <w:szCs w:val="24"/>
                <w:lang w:eastAsia="zh-TW"/>
              </w:rPr>
              <w:t>簽章：____________</w:t>
            </w:r>
            <w:r w:rsidR="004B0E30" w:rsidRPr="00EE3FC1">
              <w:rPr>
                <w:sz w:val="24"/>
                <w:szCs w:val="24"/>
                <w:lang w:eastAsia="zh-TW"/>
              </w:rPr>
              <w:br/>
              <w:t>日期：____________</w:t>
            </w:r>
            <w:r w:rsidR="004B0E30">
              <w:rPr>
                <w:rFonts w:hint="eastAsia"/>
                <w:sz w:val="24"/>
                <w:szCs w:val="24"/>
                <w:lang w:eastAsia="zh-TW"/>
              </w:rPr>
              <w:t xml:space="preserve">  </w:t>
            </w:r>
            <w:r w:rsidR="004B0E30" w:rsidRPr="00EE3FC1">
              <w:rPr>
                <w:sz w:val="24"/>
                <w:szCs w:val="24"/>
                <w:lang w:eastAsia="zh-TW"/>
              </w:rPr>
              <w:t>日期：____________</w:t>
            </w:r>
            <w:r w:rsidR="004B0E30">
              <w:rPr>
                <w:rFonts w:hint="eastAsia"/>
                <w:sz w:val="24"/>
                <w:szCs w:val="24"/>
                <w:lang w:eastAsia="zh-TW"/>
              </w:rPr>
              <w:t xml:space="preserve">  </w:t>
            </w:r>
            <w:r w:rsidR="004B0E30" w:rsidRPr="00EE3FC1">
              <w:rPr>
                <w:sz w:val="24"/>
                <w:szCs w:val="24"/>
                <w:lang w:eastAsia="zh-TW"/>
              </w:rPr>
              <w:t>日期：____________</w:t>
            </w:r>
          </w:p>
        </w:tc>
      </w:tr>
    </w:tbl>
    <w:p w14:paraId="4DA4B404" w14:textId="5FF9FCB3" w:rsidR="001C03A0" w:rsidRPr="00EE3FC1" w:rsidRDefault="00342516">
      <w:pPr>
        <w:spacing w:before="160" w:after="60"/>
        <w:rPr>
          <w:sz w:val="28"/>
          <w:szCs w:val="28"/>
        </w:rPr>
      </w:pPr>
      <w:r>
        <w:rPr>
          <w:rFonts w:hint="eastAsia"/>
          <w:b/>
          <w:sz w:val="24"/>
          <w:lang w:eastAsia="zh-TW"/>
        </w:rPr>
        <w:t>六</w:t>
      </w:r>
      <w:r>
        <w:rPr>
          <w:b/>
          <w:sz w:val="24"/>
          <w:lang w:eastAsia="zh-TW"/>
        </w:rPr>
        <w:t>、</w:t>
      </w:r>
      <w:r w:rsidRPr="00EE3FC1">
        <w:rPr>
          <w:b/>
          <w:sz w:val="28"/>
          <w:szCs w:val="28"/>
        </w:rPr>
        <w:t>審查欄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1C03A0" w14:paraId="72C1965A" w14:textId="77777777" w:rsidTr="00EE3FC1">
        <w:trPr>
          <w:jc w:val="center"/>
        </w:trPr>
        <w:tc>
          <w:tcPr>
            <w:tcW w:w="5100" w:type="dxa"/>
            <w:shd w:val="clear" w:color="auto" w:fill="D9D9D9" w:themeFill="background1" w:themeFillShade="D9"/>
            <w:vAlign w:val="center"/>
          </w:tcPr>
          <w:p w14:paraId="429AD425" w14:textId="77777777" w:rsidR="001C03A0" w:rsidRPr="00EE3FC1" w:rsidRDefault="00000000" w:rsidP="00EE3FC1">
            <w:pPr>
              <w:spacing w:beforeLines="50" w:before="120" w:afterLines="50" w:after="120"/>
              <w:rPr>
                <w:sz w:val="24"/>
                <w:szCs w:val="24"/>
              </w:rPr>
            </w:pPr>
            <w:r w:rsidRPr="00EE3FC1">
              <w:rPr>
                <w:b/>
                <w:sz w:val="24"/>
                <w:szCs w:val="24"/>
              </w:rPr>
              <w:t>審查項目</w:t>
            </w:r>
          </w:p>
        </w:tc>
        <w:tc>
          <w:tcPr>
            <w:tcW w:w="5100" w:type="dxa"/>
            <w:shd w:val="clear" w:color="auto" w:fill="D9D9D9" w:themeFill="background1" w:themeFillShade="D9"/>
            <w:vAlign w:val="center"/>
          </w:tcPr>
          <w:p w14:paraId="48C96F59" w14:textId="77777777" w:rsidR="001C03A0" w:rsidRPr="00EE3FC1" w:rsidRDefault="00000000" w:rsidP="00EE3FC1">
            <w:pPr>
              <w:spacing w:beforeLines="50" w:before="120" w:afterLines="50" w:after="120"/>
              <w:rPr>
                <w:sz w:val="24"/>
                <w:szCs w:val="24"/>
              </w:rPr>
            </w:pPr>
            <w:r w:rsidRPr="00EE3FC1">
              <w:rPr>
                <w:b/>
                <w:sz w:val="24"/>
                <w:szCs w:val="24"/>
              </w:rPr>
              <w:t>審查結果</w:t>
            </w:r>
          </w:p>
        </w:tc>
      </w:tr>
      <w:tr w:rsidR="001C03A0" w14:paraId="3C091F1C" w14:textId="77777777">
        <w:trPr>
          <w:jc w:val="center"/>
        </w:trPr>
        <w:tc>
          <w:tcPr>
            <w:tcW w:w="5100" w:type="dxa"/>
            <w:vAlign w:val="center"/>
          </w:tcPr>
          <w:p w14:paraId="07B1DF8D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  <w:r w:rsidRPr="009072E7">
              <w:rPr>
                <w:sz w:val="24"/>
                <w:szCs w:val="24"/>
                <w:lang w:eastAsia="zh-TW"/>
              </w:rPr>
              <w:t>研發團隊跨領域組成之適切性</w:t>
            </w:r>
          </w:p>
        </w:tc>
        <w:tc>
          <w:tcPr>
            <w:tcW w:w="5100" w:type="dxa"/>
            <w:vAlign w:val="center"/>
          </w:tcPr>
          <w:p w14:paraId="4DD9EA94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  <w:r w:rsidRPr="009072E7">
              <w:rPr>
                <w:sz w:val="24"/>
                <w:szCs w:val="24"/>
                <w:lang w:eastAsia="zh-TW"/>
              </w:rPr>
              <w:t>□ 優　□ 良　□ 可　□ 待修正</w:t>
            </w:r>
          </w:p>
        </w:tc>
      </w:tr>
      <w:tr w:rsidR="001C03A0" w14:paraId="732A6DD2" w14:textId="77777777">
        <w:trPr>
          <w:jc w:val="center"/>
        </w:trPr>
        <w:tc>
          <w:tcPr>
            <w:tcW w:w="5100" w:type="dxa"/>
            <w:vAlign w:val="center"/>
          </w:tcPr>
          <w:p w14:paraId="44FB4BDD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</w:rPr>
            </w:pPr>
            <w:r w:rsidRPr="009072E7">
              <w:rPr>
                <w:sz w:val="24"/>
                <w:szCs w:val="24"/>
              </w:rPr>
              <w:t>跨領域專業整合程度</w:t>
            </w:r>
          </w:p>
        </w:tc>
        <w:tc>
          <w:tcPr>
            <w:tcW w:w="5100" w:type="dxa"/>
            <w:vAlign w:val="center"/>
          </w:tcPr>
          <w:p w14:paraId="779A3D31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  <w:r w:rsidRPr="009072E7">
              <w:rPr>
                <w:sz w:val="24"/>
                <w:szCs w:val="24"/>
                <w:lang w:eastAsia="zh-TW"/>
              </w:rPr>
              <w:t>□ 優　□ 良　□ 可　□ 待修正</w:t>
            </w:r>
          </w:p>
        </w:tc>
      </w:tr>
      <w:tr w:rsidR="001C03A0" w14:paraId="4C969E79" w14:textId="77777777">
        <w:trPr>
          <w:jc w:val="center"/>
        </w:trPr>
        <w:tc>
          <w:tcPr>
            <w:tcW w:w="5100" w:type="dxa"/>
            <w:vAlign w:val="center"/>
          </w:tcPr>
          <w:p w14:paraId="3DC3F638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  <w:r w:rsidRPr="009072E7">
              <w:rPr>
                <w:sz w:val="24"/>
                <w:szCs w:val="24"/>
                <w:lang w:eastAsia="zh-TW"/>
              </w:rPr>
              <w:t>課程模組架構之完整性</w:t>
            </w:r>
          </w:p>
        </w:tc>
        <w:tc>
          <w:tcPr>
            <w:tcW w:w="5100" w:type="dxa"/>
            <w:vAlign w:val="center"/>
          </w:tcPr>
          <w:p w14:paraId="21C98F99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  <w:r w:rsidRPr="009072E7">
              <w:rPr>
                <w:sz w:val="24"/>
                <w:szCs w:val="24"/>
                <w:lang w:eastAsia="zh-TW"/>
              </w:rPr>
              <w:t>□ 優　□ 良　□ 可　□ 待修正</w:t>
            </w:r>
          </w:p>
        </w:tc>
      </w:tr>
      <w:tr w:rsidR="001C03A0" w14:paraId="7F966413" w14:textId="77777777">
        <w:trPr>
          <w:jc w:val="center"/>
        </w:trPr>
        <w:tc>
          <w:tcPr>
            <w:tcW w:w="5100" w:type="dxa"/>
            <w:vAlign w:val="center"/>
          </w:tcPr>
          <w:p w14:paraId="494A6325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  <w:r w:rsidRPr="009072E7">
              <w:rPr>
                <w:sz w:val="24"/>
                <w:szCs w:val="24"/>
                <w:lang w:eastAsia="zh-TW"/>
              </w:rPr>
              <w:t>課程與人才培育目標之契合度</w:t>
            </w:r>
          </w:p>
        </w:tc>
        <w:tc>
          <w:tcPr>
            <w:tcW w:w="5100" w:type="dxa"/>
            <w:vAlign w:val="center"/>
          </w:tcPr>
          <w:p w14:paraId="45CA5E74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  <w:r w:rsidRPr="009072E7">
              <w:rPr>
                <w:sz w:val="24"/>
                <w:szCs w:val="24"/>
                <w:lang w:eastAsia="zh-TW"/>
              </w:rPr>
              <w:t>□ 優　□ 良　□ 可　□ 待修正</w:t>
            </w:r>
          </w:p>
        </w:tc>
      </w:tr>
      <w:tr w:rsidR="001C03A0" w14:paraId="32E8C2EC" w14:textId="77777777">
        <w:trPr>
          <w:jc w:val="center"/>
        </w:trPr>
        <w:tc>
          <w:tcPr>
            <w:tcW w:w="5100" w:type="dxa"/>
            <w:vAlign w:val="center"/>
          </w:tcPr>
          <w:p w14:paraId="478A283C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</w:rPr>
            </w:pPr>
            <w:r w:rsidRPr="009072E7">
              <w:rPr>
                <w:sz w:val="24"/>
                <w:szCs w:val="24"/>
              </w:rPr>
              <w:t>課程實施可行性</w:t>
            </w:r>
          </w:p>
        </w:tc>
        <w:tc>
          <w:tcPr>
            <w:tcW w:w="5100" w:type="dxa"/>
            <w:vAlign w:val="center"/>
          </w:tcPr>
          <w:p w14:paraId="1A365F0A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  <w:r w:rsidRPr="009072E7">
              <w:rPr>
                <w:sz w:val="24"/>
                <w:szCs w:val="24"/>
                <w:lang w:eastAsia="zh-TW"/>
              </w:rPr>
              <w:t>□ 優　□ 良　□ 可　□ 待修正</w:t>
            </w:r>
          </w:p>
        </w:tc>
      </w:tr>
      <w:tr w:rsidR="001C03A0" w14:paraId="400C3CD2" w14:textId="77777777">
        <w:trPr>
          <w:jc w:val="center"/>
        </w:trPr>
        <w:tc>
          <w:tcPr>
            <w:tcW w:w="5100" w:type="dxa"/>
            <w:vAlign w:val="center"/>
          </w:tcPr>
          <w:p w14:paraId="268AABBB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</w:rPr>
            </w:pPr>
            <w:r w:rsidRPr="009072E7">
              <w:rPr>
                <w:sz w:val="24"/>
                <w:szCs w:val="24"/>
              </w:rPr>
              <w:t>預期跨域學習效益</w:t>
            </w:r>
          </w:p>
        </w:tc>
        <w:tc>
          <w:tcPr>
            <w:tcW w:w="5100" w:type="dxa"/>
            <w:vAlign w:val="center"/>
          </w:tcPr>
          <w:p w14:paraId="30EAF02A" w14:textId="77777777" w:rsidR="001C03A0" w:rsidRPr="009072E7" w:rsidRDefault="00000000" w:rsidP="00EE3FC1">
            <w:pPr>
              <w:spacing w:beforeLines="50" w:before="120" w:afterLines="50" w:after="120"/>
              <w:rPr>
                <w:sz w:val="24"/>
                <w:szCs w:val="24"/>
                <w:lang w:eastAsia="zh-TW"/>
              </w:rPr>
            </w:pPr>
            <w:r w:rsidRPr="009072E7">
              <w:rPr>
                <w:sz w:val="24"/>
                <w:szCs w:val="24"/>
                <w:lang w:eastAsia="zh-TW"/>
              </w:rPr>
              <w:t>□ 優　□ 良　□ 可　□ 待修正</w:t>
            </w:r>
          </w:p>
        </w:tc>
      </w:tr>
    </w:tbl>
    <w:p w14:paraId="30861BA8" w14:textId="77777777" w:rsidR="001C03A0" w:rsidRPr="009072E7" w:rsidRDefault="00000000">
      <w:pPr>
        <w:rPr>
          <w:sz w:val="24"/>
          <w:szCs w:val="24"/>
          <w:lang w:eastAsia="zh-TW"/>
        </w:rPr>
      </w:pPr>
      <w:r w:rsidRPr="009072E7">
        <w:rPr>
          <w:sz w:val="24"/>
          <w:szCs w:val="24"/>
          <w:lang w:eastAsia="zh-TW"/>
        </w:rPr>
        <w:t>審查結果：　□ 通過　　□ 修正後通過　　□ 不通過</w:t>
      </w:r>
    </w:p>
    <w:p w14:paraId="23DFCDEE" w14:textId="77777777" w:rsidR="001C03A0" w:rsidRPr="009072E7" w:rsidRDefault="00000000" w:rsidP="00C44E88">
      <w:pPr>
        <w:spacing w:after="0"/>
        <w:rPr>
          <w:sz w:val="24"/>
          <w:szCs w:val="24"/>
          <w:lang w:eastAsia="zh-TW"/>
        </w:rPr>
      </w:pPr>
      <w:r w:rsidRPr="009072E7">
        <w:rPr>
          <w:sz w:val="24"/>
          <w:szCs w:val="24"/>
          <w:lang w:eastAsia="zh-TW"/>
        </w:rPr>
        <w:t>審查意見：</w:t>
      </w:r>
    </w:p>
    <w:p w14:paraId="5BEBEB64" w14:textId="49B5C67A" w:rsidR="001C03A0" w:rsidRDefault="00000000" w:rsidP="00C44E88">
      <w:pPr>
        <w:spacing w:after="0"/>
        <w:rPr>
          <w:sz w:val="24"/>
          <w:szCs w:val="24"/>
          <w:lang w:eastAsia="zh-TW"/>
        </w:rPr>
      </w:pPr>
      <w:r w:rsidRPr="009072E7">
        <w:rPr>
          <w:sz w:val="24"/>
          <w:szCs w:val="24"/>
          <w:lang w:eastAsia="zh-TW"/>
        </w:rPr>
        <w:t>___________</w:t>
      </w:r>
      <w:r w:rsidR="009072E7" w:rsidRPr="009072E7">
        <w:rPr>
          <w:sz w:val="24"/>
          <w:szCs w:val="24"/>
          <w:lang w:eastAsia="zh-TW"/>
        </w:rPr>
        <w:t>_____________</w:t>
      </w:r>
      <w:r w:rsidRPr="009072E7">
        <w:rPr>
          <w:sz w:val="24"/>
          <w:szCs w:val="24"/>
          <w:lang w:eastAsia="zh-TW"/>
        </w:rPr>
        <w:t>_________________________</w:t>
      </w:r>
      <w:r w:rsidR="009072E7" w:rsidRPr="009072E7">
        <w:rPr>
          <w:sz w:val="24"/>
          <w:szCs w:val="24"/>
          <w:lang w:eastAsia="zh-TW"/>
        </w:rPr>
        <w:t>_____________</w:t>
      </w:r>
      <w:r w:rsidRPr="009072E7">
        <w:rPr>
          <w:sz w:val="24"/>
          <w:szCs w:val="24"/>
          <w:lang w:eastAsia="zh-TW"/>
        </w:rPr>
        <w:t>_______________________________</w:t>
      </w:r>
    </w:p>
    <w:p w14:paraId="2AE431A5" w14:textId="77777777" w:rsidR="00465088" w:rsidRDefault="00465088" w:rsidP="00465088">
      <w:pPr>
        <w:spacing w:after="20"/>
        <w:rPr>
          <w:sz w:val="24"/>
          <w:szCs w:val="24"/>
          <w:lang w:eastAsia="zh-TW"/>
        </w:rPr>
      </w:pPr>
      <w:r w:rsidRPr="009072E7">
        <w:rPr>
          <w:sz w:val="24"/>
          <w:szCs w:val="24"/>
          <w:lang w:eastAsia="zh-TW"/>
        </w:rPr>
        <w:t>_____________________________________________________________________________________________</w:t>
      </w:r>
    </w:p>
    <w:p w14:paraId="0F5156D1" w14:textId="77777777" w:rsidR="00465088" w:rsidRDefault="00465088" w:rsidP="00465088">
      <w:pPr>
        <w:spacing w:after="20"/>
        <w:rPr>
          <w:sz w:val="24"/>
          <w:szCs w:val="24"/>
          <w:lang w:eastAsia="zh-TW"/>
        </w:rPr>
      </w:pPr>
      <w:r w:rsidRPr="009072E7">
        <w:rPr>
          <w:sz w:val="24"/>
          <w:szCs w:val="24"/>
          <w:lang w:eastAsia="zh-TW"/>
        </w:rPr>
        <w:t>_____________________________________________________________________________________________</w:t>
      </w:r>
    </w:p>
    <w:p w14:paraId="76F32423" w14:textId="1C8E6E0A" w:rsidR="00465088" w:rsidRPr="009072E7" w:rsidRDefault="00300407">
      <w:pPr>
        <w:spacing w:after="20"/>
        <w:rPr>
          <w:sz w:val="24"/>
          <w:szCs w:val="24"/>
          <w:lang w:eastAsia="zh-TW"/>
        </w:rPr>
      </w:pPr>
      <w:r w:rsidRPr="009072E7">
        <w:rPr>
          <w:sz w:val="24"/>
          <w:szCs w:val="24"/>
          <w:lang w:eastAsia="zh-TW"/>
        </w:rPr>
        <w:t>_____________________________________________________________________________________________</w:t>
      </w:r>
    </w:p>
    <w:p w14:paraId="23048A14" w14:textId="0924D55D" w:rsidR="00C44E88" w:rsidRDefault="00000000" w:rsidP="00C44E88">
      <w:pPr>
        <w:spacing w:after="20" w:line="360" w:lineRule="auto"/>
        <w:rPr>
          <w:sz w:val="24"/>
          <w:szCs w:val="24"/>
          <w:lang w:eastAsia="zh-TW"/>
        </w:rPr>
      </w:pPr>
      <w:r w:rsidRPr="009072E7">
        <w:rPr>
          <w:sz w:val="24"/>
          <w:szCs w:val="24"/>
          <w:lang w:eastAsia="zh-TW"/>
        </w:rPr>
        <w:t>__________________________________________________</w:t>
      </w:r>
      <w:r w:rsidR="009072E7" w:rsidRPr="009072E7">
        <w:rPr>
          <w:sz w:val="24"/>
          <w:szCs w:val="24"/>
          <w:lang w:eastAsia="zh-TW"/>
        </w:rPr>
        <w:t>_____________</w:t>
      </w:r>
      <w:r w:rsidRPr="009072E7">
        <w:rPr>
          <w:sz w:val="24"/>
          <w:szCs w:val="24"/>
          <w:lang w:eastAsia="zh-TW"/>
        </w:rPr>
        <w:t>______________________________</w:t>
      </w:r>
    </w:p>
    <w:p w14:paraId="0CFC19BA" w14:textId="7D273AEA" w:rsidR="00342516" w:rsidRPr="00342516" w:rsidRDefault="00000000" w:rsidP="00C44E88">
      <w:pPr>
        <w:spacing w:line="360" w:lineRule="auto"/>
        <w:jc w:val="right"/>
        <w:rPr>
          <w:sz w:val="24"/>
          <w:szCs w:val="24"/>
          <w:lang w:eastAsia="zh-TW"/>
        </w:rPr>
      </w:pPr>
      <w:r w:rsidRPr="009072E7">
        <w:rPr>
          <w:sz w:val="24"/>
          <w:szCs w:val="24"/>
          <w:lang w:eastAsia="zh-TW"/>
        </w:rPr>
        <w:t>審查委員／單位主管：________________　　日期：______年____月____日</w:t>
      </w:r>
    </w:p>
    <w:sectPr w:rsidR="00342516" w:rsidRPr="00342516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20FA9" w14:textId="77777777" w:rsidR="000A2041" w:rsidRDefault="000A2041" w:rsidP="00342516">
      <w:pPr>
        <w:spacing w:after="0" w:line="240" w:lineRule="auto"/>
      </w:pPr>
      <w:r>
        <w:separator/>
      </w:r>
    </w:p>
  </w:endnote>
  <w:endnote w:type="continuationSeparator" w:id="0">
    <w:p w14:paraId="673169C7" w14:textId="77777777" w:rsidR="000A2041" w:rsidRDefault="000A2041" w:rsidP="00342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5C0E7" w14:textId="77777777" w:rsidR="000A2041" w:rsidRDefault="000A2041" w:rsidP="00342516">
      <w:pPr>
        <w:spacing w:after="0" w:line="240" w:lineRule="auto"/>
      </w:pPr>
      <w:r>
        <w:separator/>
      </w:r>
    </w:p>
  </w:footnote>
  <w:footnote w:type="continuationSeparator" w:id="0">
    <w:p w14:paraId="1F4113EA" w14:textId="77777777" w:rsidR="000A2041" w:rsidRDefault="000A2041" w:rsidP="00342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5149059">
    <w:abstractNumId w:val="8"/>
  </w:num>
  <w:num w:numId="2" w16cid:durableId="1164316595">
    <w:abstractNumId w:val="6"/>
  </w:num>
  <w:num w:numId="3" w16cid:durableId="11227301">
    <w:abstractNumId w:val="5"/>
  </w:num>
  <w:num w:numId="4" w16cid:durableId="433668633">
    <w:abstractNumId w:val="4"/>
  </w:num>
  <w:num w:numId="5" w16cid:durableId="456682732">
    <w:abstractNumId w:val="7"/>
  </w:num>
  <w:num w:numId="6" w16cid:durableId="614868800">
    <w:abstractNumId w:val="3"/>
  </w:num>
  <w:num w:numId="7" w16cid:durableId="845826855">
    <w:abstractNumId w:val="2"/>
  </w:num>
  <w:num w:numId="8" w16cid:durableId="163206619">
    <w:abstractNumId w:val="1"/>
  </w:num>
  <w:num w:numId="9" w16cid:durableId="1078555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2041"/>
    <w:rsid w:val="000F769A"/>
    <w:rsid w:val="0015074B"/>
    <w:rsid w:val="001C03A0"/>
    <w:rsid w:val="0029639D"/>
    <w:rsid w:val="0029763A"/>
    <w:rsid w:val="00300407"/>
    <w:rsid w:val="00326F90"/>
    <w:rsid w:val="00342516"/>
    <w:rsid w:val="00415568"/>
    <w:rsid w:val="00465088"/>
    <w:rsid w:val="00476D01"/>
    <w:rsid w:val="004A50FD"/>
    <w:rsid w:val="004B0E30"/>
    <w:rsid w:val="004F44B6"/>
    <w:rsid w:val="00507051"/>
    <w:rsid w:val="005B691E"/>
    <w:rsid w:val="005E1A67"/>
    <w:rsid w:val="005E2453"/>
    <w:rsid w:val="006C1EB5"/>
    <w:rsid w:val="006C690A"/>
    <w:rsid w:val="00787714"/>
    <w:rsid w:val="0080184A"/>
    <w:rsid w:val="008103C3"/>
    <w:rsid w:val="00841206"/>
    <w:rsid w:val="009072E7"/>
    <w:rsid w:val="009261ED"/>
    <w:rsid w:val="009541AD"/>
    <w:rsid w:val="009629A8"/>
    <w:rsid w:val="009A4D1A"/>
    <w:rsid w:val="00A67DE7"/>
    <w:rsid w:val="00AA1D8D"/>
    <w:rsid w:val="00AC4719"/>
    <w:rsid w:val="00B47730"/>
    <w:rsid w:val="00B81429"/>
    <w:rsid w:val="00C44E88"/>
    <w:rsid w:val="00C70FF8"/>
    <w:rsid w:val="00CB0664"/>
    <w:rsid w:val="00D11562"/>
    <w:rsid w:val="00D133C2"/>
    <w:rsid w:val="00DC6C23"/>
    <w:rsid w:val="00E1601A"/>
    <w:rsid w:val="00E17854"/>
    <w:rsid w:val="00E24DD2"/>
    <w:rsid w:val="00EE3F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7346A7"/>
  <w14:defaultImageDpi w14:val="300"/>
  <w15:docId w15:val="{51EA5F9D-5FF0-4C3A-9BFC-D13F26AA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7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TCU-USER-PC</cp:lastModifiedBy>
  <cp:revision>20</cp:revision>
  <dcterms:created xsi:type="dcterms:W3CDTF">2013-12-23T23:15:00Z</dcterms:created>
  <dcterms:modified xsi:type="dcterms:W3CDTF">2026-11-03T00:57:00Z</dcterms:modified>
  <cp:category/>
</cp:coreProperties>
</file>