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C338" w14:textId="4FB0D40F" w:rsidR="00D80785" w:rsidRDefault="00000000">
      <w:pPr>
        <w:spacing w:after="160"/>
        <w:jc w:val="center"/>
        <w:rPr>
          <w:lang w:eastAsia="zh-TW"/>
        </w:rPr>
      </w:pPr>
      <w:r>
        <w:rPr>
          <w:b/>
          <w:sz w:val="30"/>
          <w:lang w:eastAsia="zh-TW"/>
        </w:rPr>
        <w:t>第1</w:t>
      </w:r>
      <w:r w:rsidR="007971D2">
        <w:rPr>
          <w:rFonts w:hint="eastAsia"/>
          <w:b/>
          <w:sz w:val="30"/>
          <w:lang w:eastAsia="zh-TW"/>
        </w:rPr>
        <w:t>2</w:t>
      </w:r>
      <w:r>
        <w:rPr>
          <w:b/>
          <w:sz w:val="30"/>
          <w:lang w:eastAsia="zh-TW"/>
        </w:rPr>
        <w:t>屆慈濟大學「快樂服務、感動學習」心得徵文比賽 報名表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8"/>
        <w:gridCol w:w="2718"/>
        <w:gridCol w:w="1818"/>
        <w:gridCol w:w="2977"/>
      </w:tblGrid>
      <w:tr w:rsidR="00D80785" w14:paraId="60674945" w14:textId="77777777" w:rsidTr="007971D2">
        <w:trPr>
          <w:jc w:val="center"/>
        </w:trPr>
        <w:tc>
          <w:tcPr>
            <w:tcW w:w="1818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902A17" w14:textId="77777777" w:rsidR="00D80785" w:rsidRDefault="00000000">
            <w:proofErr w:type="spellStart"/>
            <w:r>
              <w:rPr>
                <w:b/>
              </w:rPr>
              <w:t>作品名稱</w:t>
            </w:r>
            <w:proofErr w:type="spellEnd"/>
          </w:p>
        </w:tc>
        <w:tc>
          <w:tcPr>
            <w:tcW w:w="7513" w:type="dxa"/>
            <w:gridSpan w:val="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AB79AA" w14:textId="77777777" w:rsidR="00D80785" w:rsidRDefault="00D80785"/>
        </w:tc>
      </w:tr>
      <w:tr w:rsidR="00D80785" w14:paraId="0F6DB497" w14:textId="77777777" w:rsidTr="007971D2">
        <w:trPr>
          <w:jc w:val="center"/>
        </w:trPr>
        <w:tc>
          <w:tcPr>
            <w:tcW w:w="1818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72C616" w14:textId="77777777" w:rsidR="00D80785" w:rsidRDefault="00000000">
            <w:proofErr w:type="spellStart"/>
            <w:r>
              <w:rPr>
                <w:b/>
              </w:rPr>
              <w:t>姓名</w:t>
            </w:r>
            <w:proofErr w:type="spellEnd"/>
          </w:p>
        </w:tc>
        <w:tc>
          <w:tcPr>
            <w:tcW w:w="271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263B05" w14:textId="77777777" w:rsidR="00D80785" w:rsidRDefault="00D80785"/>
        </w:tc>
        <w:tc>
          <w:tcPr>
            <w:tcW w:w="1818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B30091" w14:textId="77777777" w:rsidR="00D80785" w:rsidRDefault="00000000">
            <w:r>
              <w:rPr>
                <w:b/>
              </w:rPr>
              <w:t>學號</w:t>
            </w:r>
          </w:p>
        </w:tc>
        <w:tc>
          <w:tcPr>
            <w:tcW w:w="29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2974AB" w14:textId="77777777" w:rsidR="00D80785" w:rsidRDefault="00D80785"/>
        </w:tc>
      </w:tr>
      <w:tr w:rsidR="00D80785" w14:paraId="4FF53162" w14:textId="77777777" w:rsidTr="007971D2">
        <w:trPr>
          <w:jc w:val="center"/>
        </w:trPr>
        <w:tc>
          <w:tcPr>
            <w:tcW w:w="1818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B5D0FB" w14:textId="77777777" w:rsidR="00D80785" w:rsidRDefault="00000000">
            <w:r>
              <w:rPr>
                <w:b/>
              </w:rPr>
              <w:t>系／所年級</w:t>
            </w:r>
          </w:p>
        </w:tc>
        <w:tc>
          <w:tcPr>
            <w:tcW w:w="271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1F1C01" w14:textId="77777777" w:rsidR="00D80785" w:rsidRDefault="00D80785"/>
        </w:tc>
        <w:tc>
          <w:tcPr>
            <w:tcW w:w="1818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821EB7" w14:textId="77777777" w:rsidR="00D80785" w:rsidRDefault="00000000">
            <w:r>
              <w:rPr>
                <w:b/>
              </w:rPr>
              <w:t>聯絡電話</w:t>
            </w:r>
          </w:p>
        </w:tc>
        <w:tc>
          <w:tcPr>
            <w:tcW w:w="29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E12FD7" w14:textId="77777777" w:rsidR="00D80785" w:rsidRDefault="00D80785"/>
        </w:tc>
      </w:tr>
      <w:tr w:rsidR="00D80785" w14:paraId="71DD1AE1" w14:textId="77777777" w:rsidTr="007971D2">
        <w:trPr>
          <w:jc w:val="center"/>
        </w:trPr>
        <w:tc>
          <w:tcPr>
            <w:tcW w:w="1818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745432" w14:textId="77777777" w:rsidR="00D80785" w:rsidRDefault="00000000" w:rsidP="007971D2">
            <w:pPr>
              <w:ind w:rightChars="-27" w:right="-59"/>
              <w:rPr>
                <w:lang w:eastAsia="zh-TW"/>
              </w:rPr>
            </w:pPr>
            <w:r>
              <w:rPr>
                <w:b/>
                <w:sz w:val="20"/>
                <w:lang w:eastAsia="zh-TW"/>
              </w:rPr>
              <w:t>開課系所名稱</w:t>
            </w:r>
            <w:r>
              <w:rPr>
                <w:b/>
                <w:sz w:val="20"/>
                <w:lang w:eastAsia="zh-TW"/>
              </w:rPr>
              <w:br/>
              <w:t>（非課程類免填）</w:t>
            </w:r>
          </w:p>
        </w:tc>
        <w:tc>
          <w:tcPr>
            <w:tcW w:w="271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CEC29A" w14:textId="77777777" w:rsidR="00D80785" w:rsidRDefault="00D80785">
            <w:pPr>
              <w:rPr>
                <w:lang w:eastAsia="zh-TW"/>
              </w:rPr>
            </w:pPr>
          </w:p>
        </w:tc>
        <w:tc>
          <w:tcPr>
            <w:tcW w:w="1818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0C6FE0" w14:textId="77777777" w:rsidR="00D80785" w:rsidRDefault="00000000">
            <w:pPr>
              <w:rPr>
                <w:lang w:eastAsia="zh-TW"/>
              </w:rPr>
            </w:pPr>
            <w:r>
              <w:rPr>
                <w:b/>
                <w:sz w:val="20"/>
                <w:lang w:eastAsia="zh-TW"/>
              </w:rPr>
              <w:t>修課名稱</w:t>
            </w:r>
            <w:r>
              <w:rPr>
                <w:b/>
                <w:sz w:val="20"/>
                <w:lang w:eastAsia="zh-TW"/>
              </w:rPr>
              <w:br/>
              <w:t>（非課程類免填）</w:t>
            </w:r>
          </w:p>
        </w:tc>
        <w:tc>
          <w:tcPr>
            <w:tcW w:w="29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2CCDBA" w14:textId="77777777" w:rsidR="00D80785" w:rsidRDefault="00D80785">
            <w:pPr>
              <w:rPr>
                <w:lang w:eastAsia="zh-TW"/>
              </w:rPr>
            </w:pPr>
          </w:p>
        </w:tc>
      </w:tr>
      <w:tr w:rsidR="00D80785" w14:paraId="4BD1DFFB" w14:textId="77777777" w:rsidTr="007971D2">
        <w:trPr>
          <w:jc w:val="center"/>
        </w:trPr>
        <w:tc>
          <w:tcPr>
            <w:tcW w:w="1818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5D206D" w14:textId="77777777" w:rsidR="00D80785" w:rsidRDefault="00000000">
            <w:proofErr w:type="spellStart"/>
            <w:r>
              <w:rPr>
                <w:b/>
              </w:rPr>
              <w:t>參與服務活動</w:t>
            </w:r>
            <w:proofErr w:type="spellEnd"/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名稱</w:t>
            </w:r>
            <w:proofErr w:type="spellEnd"/>
          </w:p>
        </w:tc>
        <w:tc>
          <w:tcPr>
            <w:tcW w:w="7513" w:type="dxa"/>
            <w:gridSpan w:val="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B1C4A5" w14:textId="77777777" w:rsidR="00D80785" w:rsidRDefault="00D80785"/>
        </w:tc>
      </w:tr>
      <w:tr w:rsidR="00D80785" w14:paraId="450867C8" w14:textId="77777777" w:rsidTr="007971D2">
        <w:trPr>
          <w:jc w:val="center"/>
        </w:trPr>
        <w:tc>
          <w:tcPr>
            <w:tcW w:w="1818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8A8BB5" w14:textId="77777777" w:rsidR="00D80785" w:rsidRDefault="00000000">
            <w:r>
              <w:rPr>
                <w:b/>
              </w:rPr>
              <w:t>校內 Email</w:t>
            </w:r>
          </w:p>
        </w:tc>
        <w:tc>
          <w:tcPr>
            <w:tcW w:w="7513" w:type="dxa"/>
            <w:gridSpan w:val="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1E6B54" w14:textId="77777777" w:rsidR="00D80785" w:rsidRDefault="00D80785"/>
        </w:tc>
      </w:tr>
      <w:tr w:rsidR="00D80785" w14:paraId="0C85028F" w14:textId="77777777" w:rsidTr="007971D2">
        <w:trPr>
          <w:jc w:val="center"/>
        </w:trPr>
        <w:tc>
          <w:tcPr>
            <w:tcW w:w="1818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823D91" w14:textId="77777777" w:rsidR="00D80785" w:rsidRDefault="00000000">
            <w:r>
              <w:rPr>
                <w:b/>
              </w:rPr>
              <w:t>檢核項目</w:t>
            </w:r>
          </w:p>
        </w:tc>
        <w:tc>
          <w:tcPr>
            <w:tcW w:w="7513" w:type="dxa"/>
            <w:gridSpan w:val="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80E2AF" w14:textId="77777777" w:rsidR="00D80785" w:rsidRDefault="00000000">
            <w:pPr>
              <w:rPr>
                <w:lang w:eastAsia="zh-TW"/>
              </w:rPr>
            </w:pPr>
            <w:r>
              <w:rPr>
                <w:sz w:val="20"/>
                <w:lang w:eastAsia="zh-TW"/>
              </w:rPr>
              <w:t>□ 參賽稿件電子檔</w:t>
            </w:r>
            <w:proofErr w:type="gramStart"/>
            <w:r>
              <w:rPr>
                <w:sz w:val="20"/>
                <w:lang w:eastAsia="zh-TW"/>
              </w:rPr>
              <w:t>（</w:t>
            </w:r>
            <w:proofErr w:type="gramEnd"/>
            <w:r>
              <w:rPr>
                <w:sz w:val="20"/>
                <w:lang w:eastAsia="zh-TW"/>
              </w:rPr>
              <w:t>檔名：姓名_作品名稱</w:t>
            </w:r>
            <w:proofErr w:type="gramStart"/>
            <w:r>
              <w:rPr>
                <w:sz w:val="20"/>
                <w:lang w:eastAsia="zh-TW"/>
              </w:rPr>
              <w:t>）</w:t>
            </w:r>
            <w:proofErr w:type="gramEnd"/>
            <w:r>
              <w:rPr>
                <w:sz w:val="20"/>
                <w:lang w:eastAsia="zh-TW"/>
              </w:rPr>
              <w:t>已寄至電子</w:t>
            </w:r>
            <w:proofErr w:type="gramStart"/>
            <w:r>
              <w:rPr>
                <w:sz w:val="20"/>
                <w:lang w:eastAsia="zh-TW"/>
              </w:rPr>
              <w:t>檔</w:t>
            </w:r>
            <w:proofErr w:type="gramEnd"/>
            <w:r>
              <w:rPr>
                <w:sz w:val="20"/>
                <w:lang w:eastAsia="zh-TW"/>
              </w:rPr>
              <w:t>收件處</w:t>
            </w:r>
            <w:r>
              <w:rPr>
                <w:sz w:val="20"/>
                <w:lang w:eastAsia="zh-TW"/>
              </w:rPr>
              <w:br/>
              <w:t>□ 服務活動照片原始檔2</w:t>
            </w:r>
            <w:proofErr w:type="gramStart"/>
            <w:r>
              <w:rPr>
                <w:sz w:val="20"/>
                <w:lang w:eastAsia="zh-TW"/>
              </w:rPr>
              <w:t>–</w:t>
            </w:r>
            <w:proofErr w:type="gramEnd"/>
            <w:r>
              <w:rPr>
                <w:sz w:val="20"/>
                <w:lang w:eastAsia="zh-TW"/>
              </w:rPr>
              <w:t>4張已寄至電子</w:t>
            </w:r>
            <w:proofErr w:type="gramStart"/>
            <w:r>
              <w:rPr>
                <w:sz w:val="20"/>
                <w:lang w:eastAsia="zh-TW"/>
              </w:rPr>
              <w:t>檔</w:t>
            </w:r>
            <w:proofErr w:type="gramEnd"/>
            <w:r>
              <w:rPr>
                <w:sz w:val="20"/>
                <w:lang w:eastAsia="zh-TW"/>
              </w:rPr>
              <w:t>收件處</w:t>
            </w:r>
            <w:r>
              <w:rPr>
                <w:sz w:val="20"/>
                <w:lang w:eastAsia="zh-TW"/>
              </w:rPr>
              <w:br/>
              <w:t>□ 稿件</w:t>
            </w:r>
            <w:proofErr w:type="gramStart"/>
            <w:r>
              <w:rPr>
                <w:sz w:val="20"/>
                <w:lang w:eastAsia="zh-TW"/>
              </w:rPr>
              <w:t>末頁已附</w:t>
            </w:r>
            <w:proofErr w:type="gramEnd"/>
            <w:r>
              <w:rPr>
                <w:sz w:val="20"/>
                <w:lang w:eastAsia="zh-TW"/>
              </w:rPr>
              <w:t>「生成式AI使用聲明」（不得含姓名、系級、學號等身分資訊）</w:t>
            </w:r>
          </w:p>
        </w:tc>
      </w:tr>
    </w:tbl>
    <w:p w14:paraId="65BFD727" w14:textId="77777777" w:rsidR="00D80785" w:rsidRDefault="00D80785">
      <w:pPr>
        <w:spacing w:after="0"/>
        <w:rPr>
          <w:lang w:eastAsia="zh-TW"/>
        </w:rPr>
      </w:pPr>
    </w:p>
    <w:p w14:paraId="0BADDDA5" w14:textId="77777777" w:rsidR="00D80785" w:rsidRDefault="00000000">
      <w:pPr>
        <w:spacing w:before="100" w:after="40"/>
        <w:rPr>
          <w:lang w:eastAsia="zh-TW"/>
        </w:rPr>
      </w:pPr>
      <w:r>
        <w:rPr>
          <w:b/>
          <w:sz w:val="24"/>
          <w:lang w:eastAsia="zh-TW"/>
        </w:rPr>
        <w:t>生成式AI使用聲明</w:t>
      </w:r>
    </w:p>
    <w:p w14:paraId="47271A27" w14:textId="311DF148" w:rsidR="007971D2" w:rsidRDefault="00000000">
      <w:pPr>
        <w:spacing w:after="60" w:line="252" w:lineRule="auto"/>
        <w:ind w:left="113" w:right="113"/>
        <w:rPr>
          <w:sz w:val="19"/>
          <w:lang w:eastAsia="zh-TW"/>
        </w:rPr>
      </w:pPr>
      <w:r>
        <w:rPr>
          <w:sz w:val="19"/>
          <w:lang w:eastAsia="zh-TW"/>
        </w:rPr>
        <w:t>本人確認本參賽作品係以本人實際參與之服務經驗、觀察與反思為核心，並由本人完成主要內容之撰寫。</w:t>
      </w:r>
      <w:r w:rsidR="00983B59" w:rsidRPr="00983B59">
        <w:rPr>
          <w:sz w:val="19"/>
          <w:lang w:eastAsia="zh-TW"/>
        </w:rPr>
        <w:t>生成式人工智慧（AI）工具僅限用於錯別字、標點符號及文法檢查等文字校對之輔助性工作，不得用於生成、改寫、擴寫或重組參賽作品之內容。參賽作品所呈現之服務經驗、心得、感受、反思及文字表達，</w:t>
      </w:r>
      <w:proofErr w:type="gramStart"/>
      <w:r w:rsidR="00983B59" w:rsidRPr="00983B59">
        <w:rPr>
          <w:sz w:val="19"/>
          <w:lang w:eastAsia="zh-TW"/>
        </w:rPr>
        <w:t>均應由</w:t>
      </w:r>
      <w:proofErr w:type="gramEnd"/>
      <w:r w:rsidR="00983B59" w:rsidRPr="00983B59">
        <w:rPr>
          <w:sz w:val="19"/>
          <w:lang w:eastAsia="zh-TW"/>
        </w:rPr>
        <w:t>參賽者本人完成。</w:t>
      </w:r>
      <w:r>
        <w:rPr>
          <w:lang w:eastAsia="zh-TW"/>
        </w:rPr>
        <w:br/>
      </w:r>
      <w:proofErr w:type="spellStart"/>
      <w:r>
        <w:rPr>
          <w:sz w:val="19"/>
        </w:rPr>
        <w:t>本作品生成式AI使用情形</w:t>
      </w:r>
      <w:proofErr w:type="spellEnd"/>
      <w:r>
        <w:rPr>
          <w:sz w:val="19"/>
        </w:rPr>
        <w:t>：</w:t>
      </w:r>
      <w:r>
        <w:br/>
      </w:r>
      <w:r>
        <w:rPr>
          <w:sz w:val="19"/>
        </w:rPr>
        <w:t xml:space="preserve">□ </w:t>
      </w:r>
      <w:proofErr w:type="spellStart"/>
      <w:r>
        <w:rPr>
          <w:sz w:val="19"/>
        </w:rPr>
        <w:t>未使用生成式AI工具</w:t>
      </w:r>
      <w:proofErr w:type="spellEnd"/>
      <w:r>
        <w:rPr>
          <w:sz w:val="19"/>
        </w:rPr>
        <w:t>。</w:t>
      </w:r>
      <w:r>
        <w:br/>
      </w:r>
      <w:r>
        <w:rPr>
          <w:sz w:val="19"/>
          <w:lang w:eastAsia="zh-TW"/>
        </w:rPr>
        <w:t>□ 有使用生成式AI工具。工具名稱：________________________</w:t>
      </w:r>
      <w:r>
        <w:rPr>
          <w:lang w:eastAsia="zh-TW"/>
        </w:rPr>
        <w:br/>
      </w:r>
      <w:r>
        <w:rPr>
          <w:sz w:val="19"/>
          <w:lang w:eastAsia="zh-TW"/>
        </w:rPr>
        <w:t xml:space="preserve">　</w:t>
      </w:r>
      <w:r w:rsidR="007971D2">
        <w:rPr>
          <w:rFonts w:hint="eastAsia"/>
          <w:sz w:val="19"/>
          <w:lang w:eastAsia="zh-TW"/>
        </w:rPr>
        <w:t xml:space="preserve"> </w:t>
      </w:r>
      <w:r>
        <w:rPr>
          <w:sz w:val="19"/>
          <w:lang w:eastAsia="zh-TW"/>
        </w:rPr>
        <w:t>使用範圍（可複選）：□</w:t>
      </w:r>
      <w:r w:rsidR="00983B59" w:rsidRPr="00983B59">
        <w:rPr>
          <w:sz w:val="19"/>
          <w:lang w:eastAsia="zh-TW"/>
        </w:rPr>
        <w:t>錯別字檢查　□ 標點符號檢查　□ 文法檢查　□ 其他文字校對</w:t>
      </w:r>
      <w:r>
        <w:rPr>
          <w:sz w:val="19"/>
          <w:lang w:eastAsia="zh-TW"/>
        </w:rPr>
        <w:t>：______________</w:t>
      </w:r>
    </w:p>
    <w:p w14:paraId="281CBAB1" w14:textId="0C22E2EA" w:rsidR="00D80785" w:rsidRDefault="007971D2" w:rsidP="007971D2">
      <w:pPr>
        <w:spacing w:beforeLines="150" w:before="360" w:after="120" w:line="240" w:lineRule="auto"/>
        <w:ind w:left="113" w:right="113"/>
        <w:rPr>
          <w:lang w:eastAsia="zh-TW"/>
        </w:rPr>
      </w:pPr>
      <w:r>
        <w:rPr>
          <w:rFonts w:hint="eastAsia"/>
          <w:sz w:val="19"/>
          <w:lang w:eastAsia="zh-TW"/>
        </w:rPr>
        <w:t xml:space="preserve"> </w:t>
      </w:r>
      <w:r w:rsidR="00000000">
        <w:rPr>
          <w:sz w:val="19"/>
          <w:lang w:eastAsia="zh-TW"/>
        </w:rPr>
        <w:t xml:space="preserve">　簡述使用方式：_______________________________________________________________</w:t>
      </w:r>
    </w:p>
    <w:p w14:paraId="0D1DBFA2" w14:textId="77777777" w:rsidR="007971D2" w:rsidRDefault="007971D2">
      <w:pPr>
        <w:spacing w:before="40" w:after="40"/>
        <w:rPr>
          <w:b/>
          <w:sz w:val="24"/>
          <w:lang w:eastAsia="zh-TW"/>
        </w:rPr>
      </w:pPr>
    </w:p>
    <w:p w14:paraId="7132D12B" w14:textId="3EC0FFAF" w:rsidR="00D80785" w:rsidRDefault="00000000">
      <w:pPr>
        <w:spacing w:before="40" w:after="40"/>
        <w:rPr>
          <w:lang w:eastAsia="zh-TW"/>
        </w:rPr>
      </w:pPr>
      <w:r>
        <w:rPr>
          <w:b/>
          <w:sz w:val="24"/>
          <w:lang w:eastAsia="zh-TW"/>
        </w:rPr>
        <w:t>著作權轉讓同意書</w:t>
      </w:r>
    </w:p>
    <w:p w14:paraId="458F59A7" w14:textId="38BFE8A7" w:rsidR="00D80785" w:rsidRDefault="00000000">
      <w:pPr>
        <w:spacing w:after="80" w:line="240" w:lineRule="auto"/>
        <w:ind w:left="113" w:right="113"/>
        <w:rPr>
          <w:lang w:eastAsia="zh-TW"/>
        </w:rPr>
      </w:pPr>
      <w:r>
        <w:rPr>
          <w:sz w:val="18"/>
          <w:lang w:eastAsia="zh-TW"/>
        </w:rPr>
        <w:t>本人參與第1</w:t>
      </w:r>
      <w:r w:rsidR="007971D2">
        <w:rPr>
          <w:rFonts w:hint="eastAsia"/>
          <w:sz w:val="18"/>
          <w:lang w:eastAsia="zh-TW"/>
        </w:rPr>
        <w:t>2</w:t>
      </w:r>
      <w:r>
        <w:rPr>
          <w:sz w:val="18"/>
          <w:lang w:eastAsia="zh-TW"/>
        </w:rPr>
        <w:t>屆慈濟大學「快樂服務、感動學習」心得徵文比賽，茲同意：</w:t>
      </w:r>
      <w:r>
        <w:rPr>
          <w:lang w:eastAsia="zh-TW"/>
        </w:rPr>
        <w:br/>
      </w:r>
      <w:r>
        <w:rPr>
          <w:sz w:val="18"/>
          <w:lang w:eastAsia="zh-TW"/>
        </w:rPr>
        <w:t>1. 於得獎後，放棄行使著作人格權，並將本人之著作財產權轉讓與「慈濟大學教學暨學習資源中心」，未依上述規定放棄行使其著作人格權及將其著作財產權轉讓與「慈濟大學教學暨學習資源中心」者，取消其得獎資格。</w:t>
      </w:r>
      <w:r>
        <w:rPr>
          <w:lang w:eastAsia="zh-TW"/>
        </w:rPr>
        <w:br/>
      </w:r>
      <w:r>
        <w:rPr>
          <w:sz w:val="18"/>
          <w:lang w:eastAsia="zh-TW"/>
        </w:rPr>
        <w:t>2. 得獎作品，「慈濟大學教學暨學習資源中心」有研究、攝影、宣傳、網頁製作、展覽、出版以及出版品販售等權利，本人不得異議。</w:t>
      </w:r>
      <w:r>
        <w:rPr>
          <w:lang w:eastAsia="zh-TW"/>
        </w:rPr>
        <w:br/>
      </w:r>
      <w:r>
        <w:rPr>
          <w:sz w:val="18"/>
          <w:lang w:eastAsia="zh-TW"/>
        </w:rPr>
        <w:t>3. 作品如有抄襲或</w:t>
      </w:r>
      <w:proofErr w:type="gramStart"/>
      <w:r>
        <w:rPr>
          <w:sz w:val="18"/>
          <w:lang w:eastAsia="zh-TW"/>
        </w:rPr>
        <w:t>兼侵他人</w:t>
      </w:r>
      <w:proofErr w:type="gramEnd"/>
      <w:r>
        <w:rPr>
          <w:sz w:val="18"/>
          <w:lang w:eastAsia="zh-TW"/>
        </w:rPr>
        <w:t>或有妨害他人著作權者，除自負應有法律責任，一經查覺，本人願取消得獎資格；如已發給獎狀、獎金時，本人願繳回所領獎狀、獎金。</w:t>
      </w:r>
    </w:p>
    <w:p w14:paraId="276F3F66" w14:textId="77777777" w:rsidR="00D80785" w:rsidRDefault="00000000">
      <w:pPr>
        <w:spacing w:before="60" w:after="160"/>
        <w:jc w:val="right"/>
        <w:rPr>
          <w:lang w:eastAsia="zh-TW"/>
        </w:rPr>
      </w:pPr>
      <w:r>
        <w:rPr>
          <w:sz w:val="21"/>
          <w:lang w:eastAsia="zh-TW"/>
        </w:rPr>
        <w:t>參賽者簽名________________________（簽章）</w:t>
      </w:r>
    </w:p>
    <w:p w14:paraId="71DFFCD3" w14:textId="77777777" w:rsidR="00D80785" w:rsidRDefault="00000000" w:rsidP="007971D2">
      <w:pPr>
        <w:spacing w:beforeLines="100" w:before="240"/>
        <w:jc w:val="center"/>
        <w:rPr>
          <w:lang w:eastAsia="zh-TW"/>
        </w:rPr>
      </w:pPr>
      <w:r>
        <w:rPr>
          <w:sz w:val="21"/>
          <w:lang w:eastAsia="zh-TW"/>
        </w:rPr>
        <w:t>中　華　民　國　115　年　　　　月　　　　日</w:t>
      </w:r>
    </w:p>
    <w:sectPr w:rsidR="00D80785" w:rsidSect="00034616">
      <w:pgSz w:w="12240" w:h="15840"/>
      <w:pgMar w:top="765" w:right="822" w:bottom="70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7501754">
    <w:abstractNumId w:val="8"/>
  </w:num>
  <w:num w:numId="2" w16cid:durableId="116342191">
    <w:abstractNumId w:val="6"/>
  </w:num>
  <w:num w:numId="3" w16cid:durableId="2035613777">
    <w:abstractNumId w:val="5"/>
  </w:num>
  <w:num w:numId="4" w16cid:durableId="1870560337">
    <w:abstractNumId w:val="4"/>
  </w:num>
  <w:num w:numId="5" w16cid:durableId="1006056306">
    <w:abstractNumId w:val="7"/>
  </w:num>
  <w:num w:numId="6" w16cid:durableId="1232078449">
    <w:abstractNumId w:val="3"/>
  </w:num>
  <w:num w:numId="7" w16cid:durableId="346175412">
    <w:abstractNumId w:val="2"/>
  </w:num>
  <w:num w:numId="8" w16cid:durableId="73864209">
    <w:abstractNumId w:val="1"/>
  </w:num>
  <w:num w:numId="9" w16cid:durableId="1377658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3346"/>
    <w:rsid w:val="007971D2"/>
    <w:rsid w:val="00983B59"/>
    <w:rsid w:val="00AA1D8D"/>
    <w:rsid w:val="00B47730"/>
    <w:rsid w:val="00CB0664"/>
    <w:rsid w:val="00D80785"/>
    <w:rsid w:val="00EF05B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D83869"/>
  <w14:defaultImageDpi w14:val="300"/>
  <w15:docId w15:val="{89B816C4-7D79-46B3-939C-3F2857960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標楷體" w:eastAsia="標楷體" w:hAnsi="標楷體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886927616303</cp:lastModifiedBy>
  <cp:revision>2</cp:revision>
  <dcterms:created xsi:type="dcterms:W3CDTF">2013-12-23T23:15:00Z</dcterms:created>
  <dcterms:modified xsi:type="dcterms:W3CDTF">2026-09-17T05:51:00Z</dcterms:modified>
  <cp:category/>
</cp:coreProperties>
</file>