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C0D8E" w14:textId="77777777" w:rsidR="00036BB6" w:rsidRDefault="00000000">
      <w:pPr>
        <w:spacing w:after="240"/>
        <w:jc w:val="center"/>
        <w:rPr>
          <w:lang w:eastAsia="zh-TW"/>
        </w:rPr>
      </w:pPr>
      <w:r>
        <w:rPr>
          <w:b/>
          <w:sz w:val="36"/>
          <w:lang w:eastAsia="zh-TW"/>
        </w:rPr>
        <w:t>【作品名稱】</w:t>
      </w:r>
    </w:p>
    <w:p w14:paraId="110DA08B" w14:textId="06112A8C" w:rsidR="00511CC6" w:rsidRPr="007E4C89" w:rsidRDefault="00000000">
      <w:pPr>
        <w:spacing w:after="0" w:line="420" w:lineRule="exact"/>
        <w:rPr>
          <w:color w:val="7F7F7F" w:themeColor="text1" w:themeTint="80"/>
          <w:lang w:eastAsia="zh-TW"/>
        </w:rPr>
      </w:pPr>
      <w:r w:rsidRPr="007E4C89">
        <w:rPr>
          <w:color w:val="7F7F7F" w:themeColor="text1" w:themeTint="80"/>
          <w:lang w:eastAsia="zh-TW"/>
        </w:rPr>
        <w:t>全文字數1,000至2,000字，內容以「服務學習心得分享」為主軸，可包含服務過程中的具體經歷與觀察、所見所聞、個人感受、反思、學習收穫及自我成長等。</w:t>
      </w:r>
      <w:r w:rsidRPr="007E4C89">
        <w:rPr>
          <w:color w:val="7F7F7F" w:themeColor="text1" w:themeTint="80"/>
          <w:lang w:eastAsia="zh-TW"/>
        </w:rPr>
        <w:br/>
      </w:r>
      <w:r w:rsidRPr="007E4C89">
        <w:rPr>
          <w:color w:val="7F7F7F" w:themeColor="text1" w:themeTint="80"/>
          <w:lang w:eastAsia="zh-TW"/>
        </w:rPr>
        <w:br/>
        <w:t>【提醒】為維持匿名評審之公平性，稿件正文及下方「生成式AI使用聲明」均不得出現姓名、學號、系級等可辨識參賽者身分之資訊。</w:t>
      </w:r>
    </w:p>
    <w:p w14:paraId="1340C513" w14:textId="5021837E" w:rsidR="00036BB6" w:rsidRDefault="00511CC6">
      <w:pPr>
        <w:spacing w:after="0" w:line="420" w:lineRule="exact"/>
        <w:rPr>
          <w:lang w:eastAsia="zh-TW"/>
        </w:rPr>
      </w:pPr>
      <w:r w:rsidRPr="007E4C89">
        <w:rPr>
          <w:rFonts w:hint="eastAsia"/>
          <w:color w:val="7F7F7F" w:themeColor="text1" w:themeTint="80"/>
          <w:shd w:val="clear" w:color="auto" w:fill="F2F2F2" w:themeFill="background1" w:themeFillShade="F2"/>
          <w:lang w:eastAsia="zh-TW"/>
        </w:rPr>
        <w:t>(以上說明請於閱讀後自行刪除</w:t>
      </w:r>
      <w:r w:rsidR="007E4C89" w:rsidRPr="007E4C89">
        <w:rPr>
          <w:rFonts w:hint="eastAsia"/>
          <w:color w:val="7F7F7F" w:themeColor="text1" w:themeTint="80"/>
          <w:shd w:val="clear" w:color="auto" w:fill="F2F2F2" w:themeFill="background1" w:themeFillShade="F2"/>
          <w:lang w:eastAsia="zh-TW"/>
        </w:rPr>
        <w:t>，並開始撰寫正文</w:t>
      </w:r>
      <w:r w:rsidRPr="007E4C89">
        <w:rPr>
          <w:rFonts w:hint="eastAsia"/>
          <w:color w:val="7F7F7F" w:themeColor="text1" w:themeTint="80"/>
          <w:shd w:val="clear" w:color="auto" w:fill="F2F2F2" w:themeFill="background1" w:themeFillShade="F2"/>
          <w:lang w:eastAsia="zh-TW"/>
        </w:rPr>
        <w:t>)</w:t>
      </w:r>
    </w:p>
    <w:p w14:paraId="0F2800E0" w14:textId="7AEB83EF" w:rsidR="00511CC6" w:rsidRDefault="00511CC6">
      <w:pPr>
        <w:rPr>
          <w:lang w:eastAsia="zh-TW"/>
        </w:rPr>
      </w:pPr>
      <w:r>
        <w:rPr>
          <w:lang w:eastAsia="zh-TW"/>
        </w:rPr>
        <w:br w:type="page"/>
      </w:r>
    </w:p>
    <w:p w14:paraId="0CB63844" w14:textId="77777777" w:rsidR="00036BB6" w:rsidRDefault="00000000">
      <w:pPr>
        <w:spacing w:after="160"/>
        <w:jc w:val="center"/>
        <w:rPr>
          <w:lang w:eastAsia="zh-TW"/>
        </w:rPr>
      </w:pPr>
      <w:r>
        <w:rPr>
          <w:b/>
          <w:sz w:val="32"/>
          <w:lang w:eastAsia="zh-TW"/>
        </w:rPr>
        <w:lastRenderedPageBreak/>
        <w:t>生成式AI使用聲明</w:t>
      </w:r>
    </w:p>
    <w:p w14:paraId="45994698" w14:textId="631B489E" w:rsidR="00036BB6" w:rsidRDefault="00B75498">
      <w:pPr>
        <w:spacing w:after="160" w:line="336" w:lineRule="auto"/>
        <w:rPr>
          <w:lang w:eastAsia="zh-TW"/>
        </w:rPr>
      </w:pPr>
      <w:r w:rsidRPr="00B75498">
        <w:rPr>
          <w:sz w:val="22"/>
          <w:lang w:eastAsia="zh-TW"/>
        </w:rPr>
        <w:t>本聲明僅供評審了解生成式AI工具之使用情形，不因使用或未使用AI直接加分或扣分；評審仍依本競賽公告所列評分項目進行評選。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8646"/>
      </w:tblGrid>
      <w:tr w:rsidR="00036BB6" w14:paraId="492041CB" w14:textId="77777777">
        <w:trPr>
          <w:jc w:val="center"/>
        </w:trPr>
        <w:tc>
          <w:tcPr>
            <w:tcW w:w="8646" w:type="dxa"/>
            <w:vAlign w:val="center"/>
          </w:tcPr>
          <w:p w14:paraId="24361069" w14:textId="77777777" w:rsidR="00036BB6" w:rsidRDefault="00000000" w:rsidP="007E4C89">
            <w:pPr>
              <w:spacing w:before="240" w:after="240" w:line="300" w:lineRule="auto"/>
            </w:pPr>
            <w:r>
              <w:rPr>
                <w:sz w:val="22"/>
              </w:rPr>
              <w:t>□ 本作品未使用生成式AI工具。</w:t>
            </w:r>
          </w:p>
        </w:tc>
      </w:tr>
      <w:tr w:rsidR="007E4C89" w14:paraId="1FB9E28C" w14:textId="77777777" w:rsidTr="00534E0F">
        <w:trPr>
          <w:trHeight w:val="2891"/>
          <w:jc w:val="center"/>
        </w:trPr>
        <w:tc>
          <w:tcPr>
            <w:tcW w:w="8646" w:type="dxa"/>
            <w:vAlign w:val="center"/>
          </w:tcPr>
          <w:p w14:paraId="14263151" w14:textId="77777777" w:rsidR="007E4C89" w:rsidRDefault="007E4C89" w:rsidP="007E4C89">
            <w:pPr>
              <w:spacing w:before="240" w:after="240" w:line="300" w:lineRule="auto"/>
              <w:rPr>
                <w:sz w:val="22"/>
                <w:lang w:eastAsia="zh-TW"/>
              </w:rPr>
            </w:pPr>
            <w:r>
              <w:rPr>
                <w:sz w:val="22"/>
                <w:lang w:eastAsia="zh-TW"/>
              </w:rPr>
              <w:t>□ 本作品有使用生成式AI工具協助。</w:t>
            </w:r>
          </w:p>
          <w:p w14:paraId="7ED25944" w14:textId="7715A349" w:rsidR="007E4C89" w:rsidRDefault="007E4C89" w:rsidP="007E4C89">
            <w:pPr>
              <w:pStyle w:val="ae"/>
              <w:numPr>
                <w:ilvl w:val="0"/>
                <w:numId w:val="10"/>
              </w:numPr>
              <w:spacing w:before="240" w:after="240" w:line="300" w:lineRule="auto"/>
              <w:rPr>
                <w:lang w:eastAsia="zh-TW"/>
              </w:rPr>
            </w:pPr>
            <w:r w:rsidRPr="007E4C89">
              <w:rPr>
                <w:sz w:val="22"/>
                <w:lang w:eastAsia="zh-TW"/>
              </w:rPr>
              <w:t>使用工具：</w:t>
            </w:r>
          </w:p>
          <w:p w14:paraId="63094D82" w14:textId="77777777" w:rsidR="007E4C89" w:rsidRPr="007E4C89" w:rsidRDefault="007E4C89" w:rsidP="007E4C89">
            <w:pPr>
              <w:pStyle w:val="ae"/>
              <w:numPr>
                <w:ilvl w:val="0"/>
                <w:numId w:val="10"/>
              </w:numPr>
              <w:spacing w:before="240" w:after="240" w:line="300" w:lineRule="auto"/>
              <w:rPr>
                <w:lang w:eastAsia="zh-TW"/>
              </w:rPr>
            </w:pPr>
            <w:r w:rsidRPr="007E4C89">
              <w:rPr>
                <w:sz w:val="22"/>
                <w:lang w:eastAsia="zh-TW"/>
              </w:rPr>
              <w:t>使用範圍（可複選）：</w:t>
            </w:r>
          </w:p>
          <w:p w14:paraId="20692398" w14:textId="2E873560" w:rsidR="007E4C89" w:rsidRDefault="007E4C89" w:rsidP="007E4C89">
            <w:pPr>
              <w:pStyle w:val="ae"/>
              <w:spacing w:before="240" w:after="240" w:line="300" w:lineRule="auto"/>
              <w:ind w:left="799"/>
              <w:rPr>
                <w:lang w:eastAsia="zh-TW"/>
              </w:rPr>
            </w:pPr>
            <w:r w:rsidRPr="007E4C89">
              <w:rPr>
                <w:sz w:val="22"/>
                <w:lang w:eastAsia="zh-TW"/>
              </w:rPr>
              <w:t>□錯別字檢查　□標點符號檢查　□文法檢查　□其他文字校對：________</w:t>
            </w:r>
            <w:r w:rsidR="004C10F8" w:rsidRPr="007E4C89">
              <w:rPr>
                <w:sz w:val="22"/>
                <w:lang w:eastAsia="zh-TW"/>
              </w:rPr>
              <w:t>___</w:t>
            </w:r>
          </w:p>
          <w:p w14:paraId="7588E4AE" w14:textId="7C87427A" w:rsidR="007E4C89" w:rsidRDefault="007E4C89" w:rsidP="007E4C89">
            <w:pPr>
              <w:pStyle w:val="ae"/>
              <w:numPr>
                <w:ilvl w:val="0"/>
                <w:numId w:val="10"/>
              </w:numPr>
              <w:spacing w:before="240" w:after="240" w:line="300" w:lineRule="auto"/>
              <w:rPr>
                <w:lang w:eastAsia="zh-TW"/>
              </w:rPr>
            </w:pPr>
            <w:r w:rsidRPr="007E4C89">
              <w:rPr>
                <w:sz w:val="22"/>
              </w:rPr>
              <w:t>簡述使用方式：</w:t>
            </w:r>
          </w:p>
        </w:tc>
      </w:tr>
    </w:tbl>
    <w:p w14:paraId="68C87768" w14:textId="4289F3FF" w:rsidR="00036BB6" w:rsidRDefault="00B75498">
      <w:pPr>
        <w:spacing w:before="200" w:line="324" w:lineRule="auto"/>
        <w:rPr>
          <w:lang w:eastAsia="zh-TW"/>
        </w:rPr>
      </w:pPr>
      <w:r w:rsidRPr="00B75498">
        <w:rPr>
          <w:sz w:val="22"/>
          <w:lang w:eastAsia="zh-TW"/>
        </w:rPr>
        <w:t>本人確認本作品係以本人實際參與之服務經驗、觀察與反思為核心，並由本人完成作品內容及文字撰寫；如有使用生成式AI工具，僅限用於錯別字、標點符號及文法檢查等文字校對之輔助性工作，未使用AI生成、改寫、擴寫或重組參賽作品之內容。</w:t>
      </w:r>
    </w:p>
    <w:p w14:paraId="6D99BF13" w14:textId="77777777" w:rsidR="00036BB6" w:rsidRDefault="00000000">
      <w:pPr>
        <w:spacing w:before="160"/>
        <w:rPr>
          <w:lang w:eastAsia="zh-TW"/>
        </w:rPr>
      </w:pPr>
      <w:r>
        <w:rPr>
          <w:b/>
          <w:sz w:val="22"/>
          <w:lang w:eastAsia="zh-TW"/>
        </w:rPr>
        <w:t>※本頁請勿填寫姓名、系級、學號或簽名等身分資訊。</w:t>
      </w:r>
    </w:p>
    <w:sectPr w:rsidR="00036BB6" w:rsidSect="007E4C89">
      <w:pgSz w:w="12240" w:h="15840"/>
      <w:pgMar w:top="1440" w:right="1800" w:bottom="1440" w:left="18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AF1C1" w14:textId="77777777" w:rsidR="00802A9F" w:rsidRDefault="00802A9F" w:rsidP="00B75498">
      <w:pPr>
        <w:spacing w:after="0" w:line="240" w:lineRule="auto"/>
      </w:pPr>
      <w:r>
        <w:separator/>
      </w:r>
    </w:p>
  </w:endnote>
  <w:endnote w:type="continuationSeparator" w:id="0">
    <w:p w14:paraId="56A6D442" w14:textId="77777777" w:rsidR="00802A9F" w:rsidRDefault="00802A9F" w:rsidP="00B75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28B03" w14:textId="77777777" w:rsidR="00802A9F" w:rsidRDefault="00802A9F" w:rsidP="00B75498">
      <w:pPr>
        <w:spacing w:after="0" w:line="240" w:lineRule="auto"/>
      </w:pPr>
      <w:r>
        <w:separator/>
      </w:r>
    </w:p>
  </w:footnote>
  <w:footnote w:type="continuationSeparator" w:id="0">
    <w:p w14:paraId="3C9A88D8" w14:textId="77777777" w:rsidR="00802A9F" w:rsidRDefault="00802A9F" w:rsidP="00B75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7934FB"/>
    <w:multiLevelType w:val="hybridMultilevel"/>
    <w:tmpl w:val="5F801D24"/>
    <w:lvl w:ilvl="0" w:tplc="AF0E1A2A">
      <w:start w:val="1"/>
      <w:numFmt w:val="bullet"/>
      <w:lvlText w:val="­"/>
      <w:lvlJc w:val="left"/>
      <w:pPr>
        <w:ind w:left="799" w:hanging="4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9" w:hanging="480"/>
      </w:pPr>
      <w:rPr>
        <w:rFonts w:ascii="Wingdings" w:hAnsi="Wingdings" w:hint="default"/>
      </w:rPr>
    </w:lvl>
  </w:abstractNum>
  <w:num w:numId="1" w16cid:durableId="1853255364">
    <w:abstractNumId w:val="8"/>
  </w:num>
  <w:num w:numId="2" w16cid:durableId="17201236">
    <w:abstractNumId w:val="6"/>
  </w:num>
  <w:num w:numId="3" w16cid:durableId="619456991">
    <w:abstractNumId w:val="5"/>
  </w:num>
  <w:num w:numId="4" w16cid:durableId="942688924">
    <w:abstractNumId w:val="4"/>
  </w:num>
  <w:num w:numId="5" w16cid:durableId="312024030">
    <w:abstractNumId w:val="7"/>
  </w:num>
  <w:num w:numId="6" w16cid:durableId="1532572189">
    <w:abstractNumId w:val="3"/>
  </w:num>
  <w:num w:numId="7" w16cid:durableId="233399635">
    <w:abstractNumId w:val="2"/>
  </w:num>
  <w:num w:numId="8" w16cid:durableId="2129397690">
    <w:abstractNumId w:val="1"/>
  </w:num>
  <w:num w:numId="9" w16cid:durableId="344020215">
    <w:abstractNumId w:val="0"/>
  </w:num>
  <w:num w:numId="10" w16cid:durableId="4570692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BB6"/>
    <w:rsid w:val="0006063C"/>
    <w:rsid w:val="0015074B"/>
    <w:rsid w:val="0029639D"/>
    <w:rsid w:val="00326F90"/>
    <w:rsid w:val="003A3346"/>
    <w:rsid w:val="004C10F8"/>
    <w:rsid w:val="00511CC6"/>
    <w:rsid w:val="00656C64"/>
    <w:rsid w:val="007E4C89"/>
    <w:rsid w:val="00802A9F"/>
    <w:rsid w:val="00AA1D8D"/>
    <w:rsid w:val="00B47730"/>
    <w:rsid w:val="00B75498"/>
    <w:rsid w:val="00CB0664"/>
    <w:rsid w:val="00F22D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EB2FEF"/>
  <w14:defaultImageDpi w14:val="300"/>
  <w15:docId w15:val="{89B816C4-7D79-46B3-939C-3F285796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標楷體" w:eastAsia="標楷體" w:hAnsi="標楷體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886927616303</cp:lastModifiedBy>
  <cp:revision>4</cp:revision>
  <dcterms:created xsi:type="dcterms:W3CDTF">2013-12-23T23:15:00Z</dcterms:created>
  <dcterms:modified xsi:type="dcterms:W3CDTF">2026-09-17T06:03:00Z</dcterms:modified>
  <cp:category/>
</cp:coreProperties>
</file>